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E2DDD" w14:textId="6FE1F0A3" w:rsidR="001D19D0" w:rsidRDefault="003D34E1">
      <w:pPr>
        <w:pStyle w:val="Title"/>
      </w:pPr>
      <w:proofErr w:type="spellStart"/>
      <w:r>
        <w:t>Zafemu</w:t>
      </w:r>
      <w:proofErr w:type="spellEnd"/>
      <w:r>
        <w:t xml:space="preserve"> Website &amp; </w:t>
      </w:r>
      <w:r w:rsidR="00C0437F">
        <w:t>Journal</w:t>
      </w:r>
      <w:r>
        <w:t xml:space="preserve"> Submission Form</w:t>
      </w:r>
    </w:p>
    <w:p w14:paraId="29326EB9" w14:textId="77777777" w:rsidR="001D19D0" w:rsidRDefault="005076BF">
      <w:pPr>
        <w:pStyle w:val="Heading1"/>
      </w:pPr>
      <w:r>
        <w:t>Instructions for Affiliates:</w:t>
      </w:r>
    </w:p>
    <w:p w14:paraId="0ECE7737" w14:textId="6A79C532" w:rsidR="001D19D0" w:rsidRDefault="005076BF" w:rsidP="00FC7447">
      <w:pPr>
        <w:pStyle w:val="ListParagraph"/>
        <w:numPr>
          <w:ilvl w:val="0"/>
          <w:numId w:val="10"/>
        </w:numPr>
      </w:pPr>
      <w:r>
        <w:t>Please fill in all fields accurately.</w:t>
      </w:r>
      <w:r>
        <w:br/>
        <w:t>2. Short Description: max 3–5 lines for website display.</w:t>
      </w:r>
      <w:r>
        <w:br/>
        <w:t xml:space="preserve">3. Full Description / History: </w:t>
      </w:r>
      <w:r w:rsidR="003D34E1">
        <w:t>Provide</w:t>
      </w:r>
      <w:r>
        <w:t xml:space="preserve"> detailed information for </w:t>
      </w:r>
      <w:r w:rsidR="003D34E1">
        <w:t xml:space="preserve">the </w:t>
      </w:r>
      <w:r>
        <w:t>magazine.</w:t>
      </w:r>
      <w:r>
        <w:br/>
        <w:t>4. Attach your logo and relevant photos</w:t>
      </w:r>
      <w:r w:rsidR="003D34E1">
        <w:t xml:space="preserve"> with the email.</w:t>
      </w:r>
      <w:r>
        <w:br/>
        <w:t>5. All fields are mandatory.</w:t>
      </w:r>
      <w:r>
        <w:br/>
      </w:r>
      <w:r>
        <w:br/>
        <w:t>Submit by: [</w:t>
      </w:r>
      <w:r w:rsidR="00DC05F4">
        <w:t>12</w:t>
      </w:r>
      <w:r w:rsidR="00DC05F4" w:rsidRPr="00DC05F4">
        <w:rPr>
          <w:vertAlign w:val="superscript"/>
        </w:rPr>
        <w:t>th</w:t>
      </w:r>
      <w:r w:rsidR="00DC05F4">
        <w:t xml:space="preserve"> April 2026</w:t>
      </w:r>
      <w:r>
        <w:t>]</w:t>
      </w:r>
    </w:p>
    <w:p w14:paraId="21C041D0" w14:textId="77777777" w:rsidR="001D19D0" w:rsidRDefault="005076BF">
      <w:pPr>
        <w:pStyle w:val="Heading1"/>
      </w:pPr>
      <w:r>
        <w:t>Section A: Basic Information</w:t>
      </w:r>
    </w:p>
    <w:p w14:paraId="45C65060" w14:textId="77777777" w:rsidR="00AF3D34" w:rsidRDefault="000B6259">
      <w:proofErr w:type="spellStart"/>
      <w:r>
        <w:t>Organisation</w:t>
      </w:r>
      <w:proofErr w:type="spellEnd"/>
      <w:r>
        <w:t xml:space="preserve"> Name:</w:t>
      </w:r>
      <w:r w:rsidR="00AF3D34">
        <w:t xml:space="preserve"> </w:t>
      </w:r>
    </w:p>
    <w:p w14:paraId="67A99151" w14:textId="4C070E8F" w:rsidR="001D19D0" w:rsidRDefault="00AF3D34">
      <w:r w:rsidRPr="00AF3D34">
        <w:rPr>
          <w:b/>
          <w:bCs/>
        </w:rPr>
        <w:t>Al Ihsaan Trust</w:t>
      </w:r>
      <w:r w:rsidR="000B6259">
        <w:br/>
        <w:t>________________________________________________________________________________</w:t>
      </w:r>
    </w:p>
    <w:p w14:paraId="624C480B" w14:textId="77777777" w:rsidR="00AF3D34" w:rsidRDefault="00AA7C2B">
      <w:r>
        <w:t>Internal Contact Person Name, Role and Phone Number:</w:t>
      </w:r>
    </w:p>
    <w:p w14:paraId="75E6F31D" w14:textId="5C63F8CB" w:rsidR="00122A1E" w:rsidRDefault="00122A1E" w:rsidP="00122A1E">
      <w:r w:rsidRPr="00AF3D34">
        <w:rPr>
          <w:b/>
          <w:bCs/>
        </w:rPr>
        <w:t>Name:</w:t>
      </w:r>
      <w:r>
        <w:t xml:space="preserve"> Maulana Muhammad Ismail (Shorty)</w:t>
      </w:r>
    </w:p>
    <w:p w14:paraId="3809A7E8" w14:textId="4A0C7546" w:rsidR="00122A1E" w:rsidRDefault="00122A1E" w:rsidP="00122A1E">
      <w:r w:rsidRPr="00AF3D34">
        <w:rPr>
          <w:b/>
          <w:bCs/>
        </w:rPr>
        <w:t>Role:</w:t>
      </w:r>
      <w:r>
        <w:t xml:space="preserve"> Administrator </w:t>
      </w:r>
    </w:p>
    <w:p w14:paraId="6F38B893" w14:textId="3B6ACF10" w:rsidR="001D19D0" w:rsidRDefault="00122A1E" w:rsidP="00122A1E">
      <w:r w:rsidRPr="00AF3D34">
        <w:rPr>
          <w:b/>
          <w:bCs/>
        </w:rPr>
        <w:t>Phone Number:</w:t>
      </w:r>
      <w:r>
        <w:t xml:space="preserve"> +260 972 370 668</w:t>
      </w:r>
      <w:r w:rsidR="00AA7C2B">
        <w:br/>
        <w:t>________________________________________________________________________________</w:t>
      </w:r>
    </w:p>
    <w:p w14:paraId="52F9C60A" w14:textId="77777777" w:rsidR="00AF3D34" w:rsidRDefault="00AA7C2B">
      <w:r>
        <w:t>Public Contact Person Name, Role and Phone Number</w:t>
      </w:r>
    </w:p>
    <w:p w14:paraId="3A012B5D" w14:textId="77777777" w:rsidR="00122A1E" w:rsidRDefault="00122A1E" w:rsidP="00122A1E">
      <w:r w:rsidRPr="00AF3D34">
        <w:rPr>
          <w:b/>
          <w:bCs/>
        </w:rPr>
        <w:t>Name:</w:t>
      </w:r>
      <w:r>
        <w:t xml:space="preserve"> Maulana Muhammad Patel (Cyclewala)</w:t>
      </w:r>
    </w:p>
    <w:p w14:paraId="59E95D3C" w14:textId="77777777" w:rsidR="00122A1E" w:rsidRDefault="00122A1E" w:rsidP="00122A1E">
      <w:r w:rsidRPr="00AF3D34">
        <w:rPr>
          <w:b/>
          <w:bCs/>
        </w:rPr>
        <w:t>Role:</w:t>
      </w:r>
      <w:r>
        <w:t xml:space="preserve"> General Manager/ Ameer</w:t>
      </w:r>
    </w:p>
    <w:p w14:paraId="6E0DCBAC" w14:textId="68AAA774" w:rsidR="001D19D0" w:rsidRDefault="00122A1E" w:rsidP="00122A1E">
      <w:r w:rsidRPr="00AF3D34">
        <w:rPr>
          <w:b/>
          <w:bCs/>
        </w:rPr>
        <w:t>Phone Number:</w:t>
      </w:r>
      <w:r>
        <w:t xml:space="preserve"> +260 972 615 505</w:t>
      </w:r>
      <w:r w:rsidR="00AA7C2B">
        <w:br/>
        <w:t>________________________________________________________________________________</w:t>
      </w:r>
    </w:p>
    <w:p w14:paraId="3597CA1E" w14:textId="77777777" w:rsidR="00AF3D34" w:rsidRDefault="000B6259">
      <w:proofErr w:type="spellStart"/>
      <w:r>
        <w:t>Organisation</w:t>
      </w:r>
      <w:proofErr w:type="spellEnd"/>
      <w:r>
        <w:t xml:space="preserve"> Email Address:</w:t>
      </w:r>
    </w:p>
    <w:p w14:paraId="224B7175" w14:textId="48743B89" w:rsidR="001D19D0" w:rsidRDefault="00AF3D34">
      <w:r w:rsidRPr="00AF3D34">
        <w:rPr>
          <w:b/>
          <w:bCs/>
        </w:rPr>
        <w:t>alihsantrust1@gmail.com</w:t>
      </w:r>
      <w:r w:rsidR="000B6259">
        <w:br/>
        <w:t>________________________________________________________________________________</w:t>
      </w:r>
    </w:p>
    <w:p w14:paraId="213F9092" w14:textId="1E9A0363" w:rsidR="00AF3D34" w:rsidRDefault="005E0736" w:rsidP="00AF3D34">
      <w:proofErr w:type="spellStart"/>
      <w:r>
        <w:t>Organisation</w:t>
      </w:r>
      <w:proofErr w:type="spellEnd"/>
      <w:r>
        <w:t xml:space="preserve"> Physical Address and exact Google location pin </w:t>
      </w:r>
    </w:p>
    <w:p w14:paraId="695D3959" w14:textId="386DEF10" w:rsidR="00AF3D34" w:rsidRDefault="00AF3D34" w:rsidP="00AF3D34">
      <w:r>
        <w:lastRenderedPageBreak/>
        <w:t xml:space="preserve">16837 </w:t>
      </w:r>
      <w:proofErr w:type="spellStart"/>
      <w:r>
        <w:t>Chakwala</w:t>
      </w:r>
      <w:proofErr w:type="spellEnd"/>
      <w:r>
        <w:t xml:space="preserve"> Road, </w:t>
      </w:r>
      <w:proofErr w:type="spellStart"/>
      <w:r>
        <w:t>Kamwala</w:t>
      </w:r>
      <w:proofErr w:type="spellEnd"/>
      <w:r>
        <w:t>, Lusaka, Zambia</w:t>
      </w:r>
    </w:p>
    <w:p w14:paraId="5B1E078A" w14:textId="5EC6F086" w:rsidR="000971DD" w:rsidRDefault="000971DD" w:rsidP="000971DD">
      <w:r>
        <w:t>Location: https://maps.app.goo.gl/ZhMkRWZ1DEpEotS69?g_st=aw</w:t>
      </w:r>
    </w:p>
    <w:p w14:paraId="07AB8AF3" w14:textId="6F797F72" w:rsidR="00817466" w:rsidRDefault="00801E96">
      <w:r>
        <w:t>________________________________________________________________________________</w:t>
      </w:r>
    </w:p>
    <w:p w14:paraId="434C659A" w14:textId="72C137E0" w:rsidR="001D19D0" w:rsidRDefault="005076BF">
      <w:pPr>
        <w:pStyle w:val="Heading1"/>
      </w:pPr>
      <w:r>
        <w:t xml:space="preserve">Section B: About the </w:t>
      </w:r>
      <w:proofErr w:type="spellStart"/>
      <w:r w:rsidR="009213BC">
        <w:t>Organisation</w:t>
      </w:r>
      <w:proofErr w:type="spellEnd"/>
    </w:p>
    <w:p w14:paraId="06249B67" w14:textId="28EDABB7" w:rsidR="00113C17" w:rsidRDefault="005076BF" w:rsidP="00113C17">
      <w:r>
        <w:t>Short Description (3–5 lines):</w:t>
      </w:r>
    </w:p>
    <w:p w14:paraId="4920C4B3" w14:textId="5A18F6F3" w:rsidR="0047683A" w:rsidRDefault="00113C17" w:rsidP="00113C17">
      <w:r>
        <w:t>Al Ihsaan Trust serves the Ummah, primarily the youth, striving to empower and uplift them by recognizing their potential and guiding them towards meaningful opportunities that prepare them for effective leadership in the future. In a world filled with challenges, we aim to provide counsel and support, helping them navigate their journey while deepening their connection to both Deen and community.</w:t>
      </w:r>
    </w:p>
    <w:p w14:paraId="65F22B2E" w14:textId="5D814E7F" w:rsidR="001D19D0" w:rsidRDefault="0047683A">
      <w:r>
        <w:t xml:space="preserve">Full </w:t>
      </w:r>
      <w:r w:rsidR="005076BF">
        <w:t>Description / History:</w:t>
      </w:r>
    </w:p>
    <w:p w14:paraId="1E8BC6A6" w14:textId="77777777" w:rsidR="00113C17" w:rsidRPr="00113C17" w:rsidRDefault="00113C17" w:rsidP="00113C17">
      <w:pPr>
        <w:rPr>
          <w:b/>
          <w:bCs/>
        </w:rPr>
      </w:pPr>
      <w:r w:rsidRPr="00113C17">
        <w:rPr>
          <w:b/>
          <w:bCs/>
        </w:rPr>
        <w:t>Inspired to Serve the Youth</w:t>
      </w:r>
    </w:p>
    <w:p w14:paraId="73509D80" w14:textId="77777777" w:rsidR="00113C17" w:rsidRPr="00113C17" w:rsidRDefault="00113C17" w:rsidP="00113C17">
      <w:r w:rsidRPr="00113C17">
        <w:t>At the heart of the Trust lies a passion coupled with concern for the Youth of the Ummah. To empower and uplift them, by providing the tools, opportunities and guidance they need to thrive in both Deen and Dunya. One of the core concerns for this motivation was witnessing the emerging challenges the youth face on a day-to-day basis.</w:t>
      </w:r>
    </w:p>
    <w:p w14:paraId="76B73779" w14:textId="77777777" w:rsidR="00113C17" w:rsidRPr="00113C17" w:rsidRDefault="00113C17" w:rsidP="00113C17">
      <w:r w:rsidRPr="00113C17">
        <w:t xml:space="preserve">This concern was nurtured and refined under the guidance of Mufti Sulaiman Moola </w:t>
      </w:r>
      <w:proofErr w:type="spellStart"/>
      <w:r w:rsidRPr="00113C17">
        <w:t>Damat</w:t>
      </w:r>
      <w:proofErr w:type="spellEnd"/>
      <w:r w:rsidRPr="00113C17">
        <w:t xml:space="preserve"> </w:t>
      </w:r>
      <w:proofErr w:type="spellStart"/>
      <w:r w:rsidRPr="00113C17">
        <w:t>Barakaatuhu</w:t>
      </w:r>
      <w:proofErr w:type="spellEnd"/>
      <w:r w:rsidRPr="00113C17">
        <w:t xml:space="preserve">, whose advice and guidance shaped this vision. The journey was then enhanced by witnessing the profound works of Darul Ihsan Humanitarian Centre in South Africa, which led to consulting and seeking advice from Mufti Zubair Bayat </w:t>
      </w:r>
      <w:proofErr w:type="spellStart"/>
      <w:r w:rsidRPr="00113C17">
        <w:t>Damat</w:t>
      </w:r>
      <w:proofErr w:type="spellEnd"/>
      <w:r w:rsidRPr="00113C17">
        <w:t xml:space="preserve"> </w:t>
      </w:r>
      <w:proofErr w:type="spellStart"/>
      <w:r w:rsidRPr="00113C17">
        <w:t>Barakaatuhu</w:t>
      </w:r>
      <w:proofErr w:type="spellEnd"/>
      <w:r w:rsidRPr="00113C17">
        <w:t xml:space="preserve"> who is the Ameer of Darul Ihsan, a renowned expert in the field and an embodiment of most of the avenues where the </w:t>
      </w:r>
      <w:proofErr w:type="spellStart"/>
      <w:r w:rsidRPr="00113C17">
        <w:t>Khidmat</w:t>
      </w:r>
      <w:proofErr w:type="spellEnd"/>
      <w:r w:rsidRPr="00113C17">
        <w:t xml:space="preserve"> of </w:t>
      </w:r>
      <w:proofErr w:type="spellStart"/>
      <w:r w:rsidRPr="00113C17">
        <w:t>Deen</w:t>
      </w:r>
      <w:proofErr w:type="spellEnd"/>
      <w:r w:rsidRPr="00113C17">
        <w:t xml:space="preserve"> can be offered.</w:t>
      </w:r>
    </w:p>
    <w:p w14:paraId="7729CE3D" w14:textId="469F2898" w:rsidR="00113C17" w:rsidRDefault="00113C17" w:rsidP="00113C17">
      <w:r w:rsidRPr="00113C17">
        <w:t xml:space="preserve">Alhamdulillah, Al Ihsaan Trust was established in June 2020 and was officially inaugurated on the 1st of November 2020, by Mufti Sulaiman Moola </w:t>
      </w:r>
      <w:proofErr w:type="spellStart"/>
      <w:r w:rsidRPr="00113C17">
        <w:t>Damat</w:t>
      </w:r>
      <w:proofErr w:type="spellEnd"/>
      <w:r w:rsidRPr="00113C17">
        <w:t xml:space="preserve"> </w:t>
      </w:r>
      <w:proofErr w:type="spellStart"/>
      <w:r w:rsidRPr="00113C17">
        <w:t>Barakaatuhu</w:t>
      </w:r>
      <w:proofErr w:type="spellEnd"/>
      <w:r w:rsidRPr="00113C17">
        <w:t>.</w:t>
      </w:r>
    </w:p>
    <w:p w14:paraId="0A59CDA9" w14:textId="77777777" w:rsidR="00113C17" w:rsidRDefault="00113C17"/>
    <w:p w14:paraId="5A8F39A5" w14:textId="41F7D2DE" w:rsidR="00113C17" w:rsidRDefault="005076BF" w:rsidP="00113C17">
      <w:r>
        <w:t>Mission &amp; Vision:</w:t>
      </w:r>
    </w:p>
    <w:p w14:paraId="32545221" w14:textId="68C4A232" w:rsidR="00113C17" w:rsidRPr="00113C17" w:rsidRDefault="00113C17" w:rsidP="00113C17">
      <w:pPr>
        <w:pStyle w:val="ListParagraph"/>
        <w:numPr>
          <w:ilvl w:val="0"/>
          <w:numId w:val="11"/>
        </w:numPr>
      </w:pPr>
      <w:r w:rsidRPr="00113C17">
        <w:t xml:space="preserve">To gain the pleasure of Allah </w:t>
      </w:r>
      <w:proofErr w:type="spellStart"/>
      <w:r w:rsidRPr="00113C17">
        <w:t>Ta'ala</w:t>
      </w:r>
      <w:proofErr w:type="spellEnd"/>
      <w:r w:rsidRPr="00113C17">
        <w:t xml:space="preserve"> only in serving His noble Deen.</w:t>
      </w:r>
    </w:p>
    <w:p w14:paraId="67DF7B3A" w14:textId="77777777" w:rsidR="00113C17" w:rsidRPr="00113C17" w:rsidRDefault="00113C17" w:rsidP="00113C17">
      <w:pPr>
        <w:pStyle w:val="ListParagraph"/>
        <w:numPr>
          <w:ilvl w:val="0"/>
          <w:numId w:val="11"/>
        </w:numPr>
      </w:pPr>
      <w:r w:rsidRPr="00113C17">
        <w:t>To recognize and acknowledge the potential and capabilities of the youth, thereby guiding and assisting them in correct and useful avenues and prepare them to become better leaders of tomorrow.</w:t>
      </w:r>
    </w:p>
    <w:p w14:paraId="0387459A" w14:textId="77777777" w:rsidR="00113C17" w:rsidRPr="00113C17" w:rsidRDefault="00113C17" w:rsidP="00113C17">
      <w:pPr>
        <w:pStyle w:val="ListParagraph"/>
        <w:numPr>
          <w:ilvl w:val="0"/>
          <w:numId w:val="11"/>
        </w:numPr>
      </w:pPr>
      <w:r w:rsidRPr="00113C17">
        <w:t>To counsel the youth in a world full of trials and tribulations and bring them closer to Deen and society.</w:t>
      </w:r>
    </w:p>
    <w:p w14:paraId="7785DD23" w14:textId="77777777" w:rsidR="00113C17" w:rsidRPr="00113C17" w:rsidRDefault="00113C17" w:rsidP="00113C17">
      <w:pPr>
        <w:pStyle w:val="ListParagraph"/>
        <w:numPr>
          <w:ilvl w:val="0"/>
          <w:numId w:val="11"/>
        </w:numPr>
      </w:pPr>
      <w:r w:rsidRPr="00113C17">
        <w:t>To connect the youth and bring them closer to Deen and society.</w:t>
      </w:r>
    </w:p>
    <w:p w14:paraId="166F6DF6" w14:textId="658190C2" w:rsidR="001D19D0" w:rsidRDefault="001D19D0" w:rsidP="00113C17"/>
    <w:p w14:paraId="4BDA3F92" w14:textId="77777777" w:rsidR="001D19D0" w:rsidRDefault="005076BF">
      <w:pPr>
        <w:pStyle w:val="Heading1"/>
      </w:pPr>
      <w:r>
        <w:t>Section C: Services &amp; Programs</w:t>
      </w:r>
    </w:p>
    <w:p w14:paraId="319A3909" w14:textId="002890C8" w:rsidR="00113C17" w:rsidRDefault="005076BF" w:rsidP="00113C17">
      <w:r>
        <w:t>Services Provided (bullet points):</w:t>
      </w:r>
    </w:p>
    <w:p w14:paraId="7DD6924C" w14:textId="0CD06408" w:rsidR="00113C17" w:rsidRDefault="00113C17" w:rsidP="00113C17">
      <w:pPr>
        <w:pStyle w:val="ListParagraph"/>
        <w:numPr>
          <w:ilvl w:val="0"/>
          <w:numId w:val="13"/>
        </w:numPr>
      </w:pPr>
      <w:r>
        <w:t xml:space="preserve">Youth Camps </w:t>
      </w:r>
    </w:p>
    <w:p w14:paraId="277AC6BD" w14:textId="5F3CCDEE" w:rsidR="00113C17" w:rsidRDefault="00113C17" w:rsidP="00113C17">
      <w:pPr>
        <w:pStyle w:val="ListParagraph"/>
        <w:numPr>
          <w:ilvl w:val="0"/>
          <w:numId w:val="13"/>
        </w:numPr>
      </w:pPr>
      <w:r>
        <w:t>Islamic Counseling (with separate Male and Female Teams)</w:t>
      </w:r>
    </w:p>
    <w:p w14:paraId="4FC80718" w14:textId="641B02B3" w:rsidR="00113C17" w:rsidRDefault="00113C17" w:rsidP="00113C17">
      <w:pPr>
        <w:pStyle w:val="ListParagraph"/>
        <w:numPr>
          <w:ilvl w:val="0"/>
          <w:numId w:val="13"/>
        </w:numPr>
      </w:pPr>
      <w:r>
        <w:t xml:space="preserve">Teen </w:t>
      </w:r>
      <w:proofErr w:type="spellStart"/>
      <w:r>
        <w:t>Deen</w:t>
      </w:r>
      <w:proofErr w:type="spellEnd"/>
      <w:r>
        <w:t xml:space="preserve"> Program (</w:t>
      </w:r>
      <w:proofErr w:type="spellStart"/>
      <w:r>
        <w:t>Islamiyyaat</w:t>
      </w:r>
      <w:proofErr w:type="spellEnd"/>
      <w:r>
        <w:t xml:space="preserve"> Classes)</w:t>
      </w:r>
    </w:p>
    <w:p w14:paraId="646C3D35" w14:textId="24637171" w:rsidR="00113C17" w:rsidRDefault="00113C17" w:rsidP="00113C17">
      <w:pPr>
        <w:pStyle w:val="ListParagraph"/>
        <w:numPr>
          <w:ilvl w:val="0"/>
          <w:numId w:val="13"/>
        </w:numPr>
      </w:pPr>
      <w:r>
        <w:t xml:space="preserve">Hifz </w:t>
      </w:r>
      <w:r w:rsidR="00A3255A">
        <w:t xml:space="preserve">Revision </w:t>
      </w:r>
      <w:r>
        <w:t>and Tajweed Classes</w:t>
      </w:r>
    </w:p>
    <w:p w14:paraId="51BBE17C" w14:textId="51729F24" w:rsidR="00113C17" w:rsidRDefault="00113C17" w:rsidP="00113C17">
      <w:pPr>
        <w:pStyle w:val="ListParagraph"/>
        <w:numPr>
          <w:ilvl w:val="0"/>
          <w:numId w:val="13"/>
        </w:numPr>
      </w:pPr>
      <w:r>
        <w:t>Revert Classes</w:t>
      </w:r>
    </w:p>
    <w:p w14:paraId="5C4644EF" w14:textId="3A9C8671" w:rsidR="00D3002A" w:rsidRDefault="00D3002A" w:rsidP="00113C17">
      <w:pPr>
        <w:pStyle w:val="ListParagraph"/>
        <w:numPr>
          <w:ilvl w:val="0"/>
          <w:numId w:val="13"/>
        </w:numPr>
      </w:pPr>
      <w:r>
        <w:t>Schools and Universities Visits</w:t>
      </w:r>
    </w:p>
    <w:p w14:paraId="2BB76B44" w14:textId="7604DE74" w:rsidR="00113C17" w:rsidRDefault="00113C17" w:rsidP="00113C17">
      <w:pPr>
        <w:pStyle w:val="ListParagraph"/>
        <w:numPr>
          <w:ilvl w:val="0"/>
          <w:numId w:val="12"/>
        </w:numPr>
      </w:pPr>
      <w:r>
        <w:t xml:space="preserve">Umrah Trips </w:t>
      </w:r>
    </w:p>
    <w:p w14:paraId="369ADAB5" w14:textId="6391BD51" w:rsidR="00113C17" w:rsidRDefault="00113C17" w:rsidP="00113C17">
      <w:pPr>
        <w:pStyle w:val="ListParagraph"/>
        <w:numPr>
          <w:ilvl w:val="0"/>
          <w:numId w:val="12"/>
        </w:numPr>
      </w:pPr>
      <w:r>
        <w:t xml:space="preserve">Spiritual Discourses </w:t>
      </w:r>
    </w:p>
    <w:p w14:paraId="6DC524C6" w14:textId="1B8C76D1" w:rsidR="00113C17" w:rsidRDefault="00113C17" w:rsidP="00113C17">
      <w:pPr>
        <w:pStyle w:val="ListParagraph"/>
        <w:numPr>
          <w:ilvl w:val="0"/>
          <w:numId w:val="12"/>
        </w:numPr>
      </w:pPr>
      <w:r>
        <w:t>Promoting Islamic Awareness on Social Media</w:t>
      </w:r>
    </w:p>
    <w:p w14:paraId="3F20A3A9" w14:textId="4EBCDBA1" w:rsidR="00113C17" w:rsidRDefault="00113C17" w:rsidP="00113C17">
      <w:pPr>
        <w:pStyle w:val="ListParagraph"/>
        <w:numPr>
          <w:ilvl w:val="0"/>
          <w:numId w:val="12"/>
        </w:numPr>
      </w:pPr>
      <w:r>
        <w:t xml:space="preserve">Conducting Various Competitions </w:t>
      </w:r>
    </w:p>
    <w:p w14:paraId="62335B3E" w14:textId="716473C7" w:rsidR="00113C17" w:rsidRDefault="00113C17" w:rsidP="00113C17">
      <w:pPr>
        <w:pStyle w:val="ListParagraph"/>
        <w:numPr>
          <w:ilvl w:val="0"/>
          <w:numId w:val="12"/>
        </w:numPr>
      </w:pPr>
      <w:r>
        <w:t xml:space="preserve">Welfare Projects </w:t>
      </w:r>
    </w:p>
    <w:p w14:paraId="299C3B3F" w14:textId="760555F6" w:rsidR="00A3255A" w:rsidRDefault="00A3255A" w:rsidP="00113C17">
      <w:pPr>
        <w:pStyle w:val="ListParagraph"/>
        <w:numPr>
          <w:ilvl w:val="0"/>
          <w:numId w:val="12"/>
        </w:numPr>
      </w:pPr>
      <w:r>
        <w:t xml:space="preserve">Islamic Essentials Store </w:t>
      </w:r>
    </w:p>
    <w:p w14:paraId="49F3820F" w14:textId="77777777" w:rsidR="00D3002A" w:rsidRDefault="005076BF">
      <w:r>
        <w:t>Special Programs / Projects:</w:t>
      </w:r>
    </w:p>
    <w:p w14:paraId="0198B230" w14:textId="77777777" w:rsidR="00D3002A" w:rsidRPr="00D3002A" w:rsidRDefault="00D3002A" w:rsidP="00D3002A">
      <w:pPr>
        <w:rPr>
          <w:b/>
          <w:bCs/>
        </w:rPr>
      </w:pPr>
      <w:r w:rsidRPr="00D3002A">
        <w:rPr>
          <w:b/>
          <w:bCs/>
        </w:rPr>
        <w:t>Islamic Counselling</w:t>
      </w:r>
    </w:p>
    <w:p w14:paraId="59F8797C" w14:textId="77777777" w:rsidR="00D3002A" w:rsidRPr="00D3002A" w:rsidRDefault="00D3002A" w:rsidP="00D3002A">
      <w:r w:rsidRPr="00D3002A">
        <w:t xml:space="preserve">Confidential counselling guided by </w:t>
      </w:r>
      <w:proofErr w:type="spellStart"/>
      <w:r w:rsidRPr="00D3002A">
        <w:t>Shari'ah</w:t>
      </w:r>
      <w:proofErr w:type="spellEnd"/>
      <w:r w:rsidRPr="00D3002A">
        <w:t xml:space="preserve"> and compassionate care.</w:t>
      </w:r>
    </w:p>
    <w:p w14:paraId="5865CF8D" w14:textId="5D7F8F51" w:rsidR="00D3002A" w:rsidRPr="00D3002A" w:rsidRDefault="00D3002A" w:rsidP="00D3002A">
      <w:r w:rsidRPr="00D3002A">
        <w:t>These services address personal, family, marital, emotional, and social challenges with wisdom and compassion.</w:t>
      </w:r>
    </w:p>
    <w:p w14:paraId="54D82B4A" w14:textId="77777777" w:rsidR="00D3002A" w:rsidRPr="00D3002A" w:rsidRDefault="00D3002A" w:rsidP="00D3002A">
      <w:r w:rsidRPr="00D3002A">
        <w:t>A separate Female Careline Team provides a safe, discreet environment for women to speak openly and confidently.</w:t>
      </w:r>
    </w:p>
    <w:p w14:paraId="59EA4B60" w14:textId="77777777" w:rsidR="00363791" w:rsidRPr="00363791" w:rsidRDefault="00363791" w:rsidP="00363791">
      <w:pPr>
        <w:rPr>
          <w:b/>
          <w:bCs/>
        </w:rPr>
      </w:pPr>
      <w:r w:rsidRPr="00363791">
        <w:rPr>
          <w:b/>
          <w:bCs/>
        </w:rPr>
        <w:t xml:space="preserve">Youth Camps &amp; Umrah Journey </w:t>
      </w:r>
      <w:proofErr w:type="spellStart"/>
      <w:r w:rsidRPr="00363791">
        <w:rPr>
          <w:b/>
          <w:bCs/>
        </w:rPr>
        <w:t>Programme</w:t>
      </w:r>
      <w:proofErr w:type="spellEnd"/>
    </w:p>
    <w:p w14:paraId="0C5A8A54" w14:textId="54B77815" w:rsidR="00363791" w:rsidRPr="00363791" w:rsidRDefault="00363791" w:rsidP="00363791">
      <w:r w:rsidRPr="00363791">
        <w:t xml:space="preserve">Year-round youth camps and Umrah </w:t>
      </w:r>
      <w:r>
        <w:t>Trip (once a year)</w:t>
      </w:r>
      <w:r w:rsidRPr="00363791">
        <w:t xml:space="preserve"> are designed to blend </w:t>
      </w:r>
      <w:proofErr w:type="spellStart"/>
      <w:r w:rsidRPr="00363791">
        <w:t>Tarbiyyah</w:t>
      </w:r>
      <w:proofErr w:type="spellEnd"/>
      <w:r w:rsidRPr="00363791">
        <w:t xml:space="preserve"> with meaningful spiritual experiences, healthy recreation, teamwork, and mentorship. The camps provide a balanced environment where youth can learn, reflect, and grow spiritually while engaging in activities that align with their interests and energy. Through close interaction, strong bonds and rapport are established between youth and mentors, fostering trust, openness, and effective guidance.</w:t>
      </w:r>
    </w:p>
    <w:p w14:paraId="0BFFC8D0" w14:textId="1C2395F0" w:rsidR="00D3002A" w:rsidRDefault="00363791" w:rsidP="00363791">
      <w:r w:rsidRPr="00363791">
        <w:t>In addition, the Youth Umrah journeys offer participants the opportunity to experience the sacred cities of Makkah and Madinah firsthand. These journeys inspire lasting motivatio</w:t>
      </w:r>
      <w:r>
        <w:t xml:space="preserve">n </w:t>
      </w:r>
      <w:r w:rsidRPr="00363791">
        <w:t xml:space="preserve">while structured reminders, reflection sessions, and guidance help translate the spiritual atmosphere of the </w:t>
      </w:r>
      <w:proofErr w:type="spellStart"/>
      <w:r w:rsidRPr="00363791">
        <w:t>Haramain</w:t>
      </w:r>
      <w:proofErr w:type="spellEnd"/>
      <w:r w:rsidRPr="00363791">
        <w:t xml:space="preserve"> into meaningful personal growth and continued commitment to faith.</w:t>
      </w:r>
    </w:p>
    <w:p w14:paraId="40116F21" w14:textId="5FCFCDCA" w:rsidR="00363791" w:rsidRDefault="00363791" w:rsidP="00363791">
      <w:pPr>
        <w:rPr>
          <w:b/>
          <w:bCs/>
        </w:rPr>
      </w:pPr>
      <w:proofErr w:type="spellStart"/>
      <w:r>
        <w:rPr>
          <w:b/>
          <w:bCs/>
        </w:rPr>
        <w:lastRenderedPageBreak/>
        <w:t>Muhsineen</w:t>
      </w:r>
      <w:proofErr w:type="spellEnd"/>
      <w:r>
        <w:rPr>
          <w:b/>
          <w:bCs/>
        </w:rPr>
        <w:t xml:space="preserve"> Project</w:t>
      </w:r>
    </w:p>
    <w:p w14:paraId="7BD1C0EF" w14:textId="0777DE14" w:rsidR="000971DD" w:rsidRPr="000971DD" w:rsidRDefault="000971DD" w:rsidP="000971DD">
      <w:r w:rsidRPr="000971DD">
        <w:t xml:space="preserve">The </w:t>
      </w:r>
      <w:proofErr w:type="spellStart"/>
      <w:r w:rsidRPr="000971DD">
        <w:t>Muhsineen</w:t>
      </w:r>
      <w:proofErr w:type="spellEnd"/>
      <w:r w:rsidRPr="000971DD">
        <w:t xml:space="preserve"> Project is an ongoing initiative aimed at nurturing and developing youth into responsible, service-driven leaders by identifying individuals with potential and engaging them in our camps, </w:t>
      </w:r>
      <w:proofErr w:type="spellStart"/>
      <w:r w:rsidRPr="000971DD">
        <w:t>programmes</w:t>
      </w:r>
      <w:proofErr w:type="spellEnd"/>
      <w:r w:rsidRPr="000971DD">
        <w:t xml:space="preserve">, and activities. </w:t>
      </w:r>
      <w:r w:rsidR="004C317C">
        <w:t>Youth volunteers</w:t>
      </w:r>
      <w:r w:rsidRPr="000971DD">
        <w:t xml:space="preserve"> are given structured opportunities to participate in welfare initiatives, prison and hospital visit</w:t>
      </w:r>
      <w:r>
        <w:t>s</w:t>
      </w:r>
      <w:r w:rsidRPr="000971DD">
        <w:t xml:space="preserve"> and similar community services. Although Al Ihsaan Trust is not a welfare </w:t>
      </w:r>
      <w:proofErr w:type="spellStart"/>
      <w:r w:rsidRPr="000971DD">
        <w:t>organisation</w:t>
      </w:r>
      <w:proofErr w:type="spellEnd"/>
      <w:r w:rsidRPr="000971DD">
        <w:t xml:space="preserve">, as a youth-focused </w:t>
      </w:r>
      <w:proofErr w:type="spellStart"/>
      <w:r w:rsidRPr="000971DD">
        <w:t>organisation</w:t>
      </w:r>
      <w:proofErr w:type="spellEnd"/>
      <w:r w:rsidRPr="000971DD">
        <w:t xml:space="preserve"> it participates in these relief efforts as an important means of youth development, with the aim of producing individuals who, in </w:t>
      </w:r>
      <w:proofErr w:type="spellStart"/>
      <w:r w:rsidRPr="000971DD">
        <w:t>shā</w:t>
      </w:r>
      <w:proofErr w:type="spellEnd"/>
      <w:r w:rsidRPr="000971DD">
        <w:t xml:space="preserve">’ </w:t>
      </w:r>
      <w:proofErr w:type="spellStart"/>
      <w:r w:rsidRPr="000971DD">
        <w:t>Allāh</w:t>
      </w:r>
      <w:proofErr w:type="spellEnd"/>
      <w:r w:rsidRPr="000971DD">
        <w:t xml:space="preserve">, grow into humanitarians, philanthropists, and contributors who serve the Ummah and the creation of </w:t>
      </w:r>
      <w:proofErr w:type="spellStart"/>
      <w:r w:rsidRPr="000971DD">
        <w:t>Allāh</w:t>
      </w:r>
      <w:proofErr w:type="spellEnd"/>
      <w:r w:rsidRPr="000971DD">
        <w:t>.</w:t>
      </w:r>
    </w:p>
    <w:p w14:paraId="38E39227" w14:textId="77777777" w:rsidR="000971DD" w:rsidRPr="000971DD" w:rsidRDefault="000971DD" w:rsidP="000971DD">
      <w:r w:rsidRPr="000971DD">
        <w:t>Through guided mentorship and practical involvement, participants develop leadership qualities such as responsibility, empathy, teamwork, and accountability, while gaining meaningful exposure to the needs of society. The project ultimately seeks to cultivate youth who are grounded in values and equipped to contribute positively to their communities with integrity and purpose.</w:t>
      </w:r>
    </w:p>
    <w:p w14:paraId="78928C19" w14:textId="77777777" w:rsidR="00363791" w:rsidRPr="00363791" w:rsidRDefault="00363791" w:rsidP="00363791">
      <w:pPr>
        <w:rPr>
          <w:b/>
          <w:bCs/>
        </w:rPr>
      </w:pPr>
    </w:p>
    <w:p w14:paraId="14F45CCB" w14:textId="3B75E4D3" w:rsidR="00D3002A" w:rsidRDefault="005076BF" w:rsidP="00D3002A">
      <w:pPr>
        <w:rPr>
          <w:b/>
          <w:bCs/>
        </w:rPr>
      </w:pPr>
      <w:r>
        <w:t>Target Beneficiaries:</w:t>
      </w:r>
      <w:r w:rsidR="003D34E1">
        <w:t xml:space="preserve"> (bullet points)</w:t>
      </w:r>
    </w:p>
    <w:p w14:paraId="252A767D" w14:textId="12A9BE40" w:rsidR="00D3002A" w:rsidRPr="00D3002A" w:rsidRDefault="00D3002A" w:rsidP="00D3002A">
      <w:pPr>
        <w:pStyle w:val="ListParagraph"/>
        <w:numPr>
          <w:ilvl w:val="0"/>
          <w:numId w:val="15"/>
        </w:numPr>
      </w:pPr>
      <w:r w:rsidRPr="00D3002A">
        <w:rPr>
          <w:b/>
          <w:bCs/>
        </w:rPr>
        <w:t>Youth (primary focus)</w:t>
      </w:r>
      <w:r w:rsidRPr="00D3002A">
        <w:t xml:space="preserve"> – especially those needing guidance, mentorship, and skill development </w:t>
      </w:r>
    </w:p>
    <w:p w14:paraId="370B30F5" w14:textId="3CCB1B9F" w:rsidR="00D3002A" w:rsidRPr="00D3002A" w:rsidRDefault="00D3002A" w:rsidP="00D3002A">
      <w:pPr>
        <w:pStyle w:val="ListParagraph"/>
        <w:numPr>
          <w:ilvl w:val="0"/>
          <w:numId w:val="14"/>
        </w:numPr>
      </w:pPr>
      <w:r w:rsidRPr="00D3002A">
        <w:rPr>
          <w:b/>
          <w:bCs/>
        </w:rPr>
        <w:t>Young adults</w:t>
      </w:r>
      <w:r w:rsidRPr="00D3002A">
        <w:t xml:space="preserve"> – facing challenges like identity, purpose, or social pressures </w:t>
      </w:r>
    </w:p>
    <w:p w14:paraId="4361FB00" w14:textId="3AE377EF" w:rsidR="00D3002A" w:rsidRPr="00D3002A" w:rsidRDefault="00D3002A" w:rsidP="00D3002A">
      <w:pPr>
        <w:pStyle w:val="ListParagraph"/>
        <w:numPr>
          <w:ilvl w:val="0"/>
          <w:numId w:val="14"/>
        </w:numPr>
      </w:pPr>
      <w:r w:rsidRPr="00D3002A">
        <w:rPr>
          <w:b/>
          <w:bCs/>
        </w:rPr>
        <w:t>Families/parents</w:t>
      </w:r>
      <w:r w:rsidRPr="00D3002A">
        <w:t xml:space="preserve"> – through counseling and awareness programs </w:t>
      </w:r>
    </w:p>
    <w:p w14:paraId="1B9BA7A0" w14:textId="5DCE9114" w:rsidR="001D19D0" w:rsidRDefault="00D3002A" w:rsidP="00D3002A">
      <w:pPr>
        <w:pStyle w:val="ListParagraph"/>
        <w:numPr>
          <w:ilvl w:val="0"/>
          <w:numId w:val="14"/>
        </w:numPr>
      </w:pPr>
      <w:r w:rsidRPr="00D3002A">
        <w:rPr>
          <w:b/>
          <w:bCs/>
        </w:rPr>
        <w:t>Vulnerable groups</w:t>
      </w:r>
      <w:r w:rsidRPr="00D3002A">
        <w:t xml:space="preserve"> – e.g., orphans, those affected by substance abuse, or disadvantaged communities</w:t>
      </w:r>
    </w:p>
    <w:p w14:paraId="3D7A590D" w14:textId="77777777" w:rsidR="001D19D0" w:rsidRDefault="005076BF">
      <w:pPr>
        <w:pStyle w:val="Heading1"/>
      </w:pPr>
      <w:r>
        <w:t>Section D: Achievements &amp; Recognition</w:t>
      </w:r>
    </w:p>
    <w:p w14:paraId="29EA7E43" w14:textId="64931753" w:rsidR="00BD2C90" w:rsidRDefault="005076BF" w:rsidP="00BD2C90">
      <w:r>
        <w:t>Awards / Achievements / Milestones:</w:t>
      </w:r>
      <w:r w:rsidR="000B6259">
        <w:t xml:space="preserve"> (Mention them below and attach pdfs with the email)</w:t>
      </w:r>
    </w:p>
    <w:p w14:paraId="102E03AC" w14:textId="23FA9E6B" w:rsidR="00BD2C90" w:rsidRPr="00BD2C90" w:rsidRDefault="00BD2C90" w:rsidP="00BD2C90">
      <w:r w:rsidRPr="00BD2C90">
        <w:t xml:space="preserve">Alhamdulillah, by the grace of Almighty Allah </w:t>
      </w:r>
      <w:proofErr w:type="spellStart"/>
      <w:r w:rsidRPr="00BD2C90">
        <w:t>Ta’ala</w:t>
      </w:r>
      <w:proofErr w:type="spellEnd"/>
      <w:r w:rsidRPr="00BD2C90">
        <w:t xml:space="preserve">, the </w:t>
      </w:r>
      <w:proofErr w:type="spellStart"/>
      <w:r w:rsidRPr="00BD2C90">
        <w:t>organisation</w:t>
      </w:r>
      <w:proofErr w:type="spellEnd"/>
      <w:r w:rsidRPr="00BD2C90">
        <w:t xml:space="preserve"> has successfully completed five years of dedicated service to the Deen. </w:t>
      </w:r>
    </w:p>
    <w:p w14:paraId="35F55730" w14:textId="1A97753D" w:rsidR="00764239" w:rsidRPr="00764239" w:rsidRDefault="00764239" w:rsidP="00764239">
      <w:r w:rsidRPr="00764239">
        <w:t xml:space="preserve">Alhamdulillah, the efforts of Al Ihsaan Trust have gained recognition across the country, as well as in </w:t>
      </w:r>
      <w:proofErr w:type="spellStart"/>
      <w:r w:rsidRPr="00764239">
        <w:t>neighbouring</w:t>
      </w:r>
      <w:proofErr w:type="spellEnd"/>
      <w:r w:rsidRPr="00764239">
        <w:t xml:space="preserve"> countries such as </w:t>
      </w:r>
      <w:r w:rsidRPr="00764239">
        <w:rPr>
          <w:b/>
          <w:bCs/>
        </w:rPr>
        <w:t>Malawi, Zimbabwe, and Kenya</w:t>
      </w:r>
      <w:r w:rsidRPr="00764239">
        <w:t xml:space="preserve">. Various </w:t>
      </w:r>
      <w:proofErr w:type="spellStart"/>
      <w:r w:rsidRPr="00764239">
        <w:t>organisations</w:t>
      </w:r>
      <w:proofErr w:type="spellEnd"/>
      <w:r w:rsidRPr="00764239">
        <w:t xml:space="preserve"> in these regions have acknowledged the impact of our work and have established collaborative relationships with us, with some now functioning as sister </w:t>
      </w:r>
      <w:proofErr w:type="spellStart"/>
      <w:r w:rsidRPr="00764239">
        <w:t>organisations</w:t>
      </w:r>
      <w:proofErr w:type="spellEnd"/>
      <w:r w:rsidRPr="00764239">
        <w:t xml:space="preserve"> working towards similar objectives in serving the Deen and uplifting the youth. </w:t>
      </w:r>
    </w:p>
    <w:p w14:paraId="644C78A6" w14:textId="151EA61E" w:rsidR="008D6945" w:rsidRDefault="008D6945" w:rsidP="008D6945">
      <w:r w:rsidRPr="008D6945">
        <w:t xml:space="preserve">Al Ihsaan Trust has also received recognition on regional and international platforms through its participation in the </w:t>
      </w:r>
      <w:r w:rsidRPr="008D6945">
        <w:rPr>
          <w:b/>
          <w:bCs/>
        </w:rPr>
        <w:t xml:space="preserve">Global Association of Islamic Schools </w:t>
      </w:r>
      <w:r>
        <w:rPr>
          <w:b/>
          <w:bCs/>
        </w:rPr>
        <w:t xml:space="preserve">(GAIS) </w:t>
      </w:r>
      <w:r w:rsidRPr="008D6945">
        <w:rPr>
          <w:b/>
          <w:bCs/>
        </w:rPr>
        <w:t>Summit</w:t>
      </w:r>
      <w:r w:rsidRPr="008D6945">
        <w:t xml:space="preserve"> and the </w:t>
      </w:r>
      <w:r w:rsidRPr="008D6945">
        <w:rPr>
          <w:b/>
          <w:bCs/>
        </w:rPr>
        <w:t>Southern Africa Ulama Forum</w:t>
      </w:r>
      <w:r w:rsidRPr="008D6945">
        <w:t xml:space="preserve">, where </w:t>
      </w:r>
      <w:r>
        <w:t xml:space="preserve">presentations were delivered </w:t>
      </w:r>
      <w:r w:rsidRPr="008D6945">
        <w:t xml:space="preserve">highlighting our </w:t>
      </w:r>
      <w:r w:rsidRPr="008D6945">
        <w:lastRenderedPageBreak/>
        <w:t xml:space="preserve">work, approach, and youth development initiatives. These engagements further reflect the growing acknowledgment of our efforts beyond local borders. </w:t>
      </w:r>
    </w:p>
    <w:p w14:paraId="02B073AD" w14:textId="77777777" w:rsidR="000971DD" w:rsidRDefault="000971DD" w:rsidP="000971DD">
      <w:r w:rsidRPr="000971DD">
        <w:t xml:space="preserve">On a local level, Al Ihsaan Trust is regularly invited by universities and schools to conduct </w:t>
      </w:r>
      <w:proofErr w:type="spellStart"/>
      <w:r w:rsidRPr="000971DD">
        <w:t>programmes</w:t>
      </w:r>
      <w:proofErr w:type="spellEnd"/>
      <w:r w:rsidRPr="000971DD">
        <w:t xml:space="preserve">, workshops, and counselling sessions for students, with invitations also extending to towns such as </w:t>
      </w:r>
      <w:r w:rsidRPr="000971DD">
        <w:rPr>
          <w:b/>
          <w:bCs/>
        </w:rPr>
        <w:t>Chipata</w:t>
      </w:r>
      <w:r w:rsidRPr="000971DD">
        <w:t xml:space="preserve"> to facilitate similar engagements.</w:t>
      </w:r>
    </w:p>
    <w:p w14:paraId="6044A47E" w14:textId="77777777" w:rsidR="000971DD" w:rsidRDefault="000971DD" w:rsidP="000971DD">
      <w:pPr>
        <w:pStyle w:val="ListParagraph"/>
      </w:pPr>
    </w:p>
    <w:p w14:paraId="4BF03977" w14:textId="4652599D" w:rsidR="008D6945" w:rsidRDefault="00BD2C90" w:rsidP="000971DD">
      <w:pPr>
        <w:pStyle w:val="ListParagraph"/>
        <w:numPr>
          <w:ilvl w:val="0"/>
          <w:numId w:val="16"/>
        </w:numPr>
      </w:pPr>
      <w:r>
        <w:t>Testimonials by Shaykh-ul-Islam Hazrat Maulana Mufti Muhammad Taqi Uthmani (</w:t>
      </w:r>
      <w:proofErr w:type="spellStart"/>
      <w:r>
        <w:t>Hafizahullah</w:t>
      </w:r>
      <w:proofErr w:type="spellEnd"/>
      <w:r>
        <w:t xml:space="preserve">) and Hazrat Maulana Muhammad </w:t>
      </w:r>
      <w:proofErr w:type="spellStart"/>
      <w:r>
        <w:t>Qamaruzzam</w:t>
      </w:r>
      <w:proofErr w:type="spellEnd"/>
      <w:r>
        <w:t xml:space="preserve"> </w:t>
      </w:r>
      <w:proofErr w:type="spellStart"/>
      <w:r>
        <w:t>Ilahbadi</w:t>
      </w:r>
      <w:proofErr w:type="spellEnd"/>
      <w:r>
        <w:t xml:space="preserve"> (</w:t>
      </w:r>
      <w:proofErr w:type="spellStart"/>
      <w:r>
        <w:t>Hafizahullah</w:t>
      </w:r>
      <w:proofErr w:type="spellEnd"/>
      <w:r>
        <w:t>) attached</w:t>
      </w:r>
    </w:p>
    <w:p w14:paraId="53B6DC13" w14:textId="4E39F957" w:rsidR="008D6945" w:rsidRDefault="008D6945" w:rsidP="008D6945">
      <w:pPr>
        <w:pStyle w:val="ListParagraph"/>
        <w:numPr>
          <w:ilvl w:val="0"/>
          <w:numId w:val="16"/>
        </w:numPr>
      </w:pPr>
      <w:r>
        <w:t>Certificate of Participation in the Southern Africa Ulama Forum attached</w:t>
      </w:r>
    </w:p>
    <w:p w14:paraId="4A770040" w14:textId="77777777" w:rsidR="008D6945" w:rsidRPr="008D6945" w:rsidRDefault="008D6945" w:rsidP="008D6945"/>
    <w:p w14:paraId="20DA4B22" w14:textId="77777777" w:rsidR="001D19D0" w:rsidRDefault="005076BF">
      <w:pPr>
        <w:pStyle w:val="Heading1"/>
      </w:pPr>
      <w:r>
        <w:t>Section E: Online Presence</w:t>
      </w:r>
    </w:p>
    <w:p w14:paraId="52139F47" w14:textId="77777777" w:rsidR="008D6945" w:rsidRDefault="005076BF">
      <w:r>
        <w:t>Website URL:</w:t>
      </w:r>
      <w:r w:rsidR="000B6259">
        <w:t xml:space="preserve"> </w:t>
      </w:r>
    </w:p>
    <w:p w14:paraId="718127D2" w14:textId="35B7BB24" w:rsidR="001D19D0" w:rsidRDefault="008D6945">
      <w:r w:rsidRPr="008D6945">
        <w:t>https://www.al-ihsaan-trust.org</w:t>
      </w:r>
      <w:r w:rsidR="005076BF">
        <w:br/>
        <w:t>________________________________________________________________________________</w:t>
      </w:r>
      <w:r w:rsidR="000B6259">
        <w:t>_________________________</w:t>
      </w:r>
    </w:p>
    <w:p w14:paraId="4C06170E" w14:textId="11063719" w:rsidR="00363791" w:rsidRDefault="005076BF">
      <w:r>
        <w:t>Social Media Links (Facebook, Instagram, WhatsApp, Twitter, YouTube):</w:t>
      </w:r>
    </w:p>
    <w:p w14:paraId="5BF2AA18" w14:textId="10EAEF00" w:rsidR="000971DD" w:rsidRDefault="000971DD" w:rsidP="000971DD">
      <w:r w:rsidRPr="000971DD">
        <w:rPr>
          <w:b/>
          <w:bCs/>
        </w:rPr>
        <w:t>WhatsApp:</w:t>
      </w:r>
      <w:r>
        <w:t xml:space="preserve"> </w:t>
      </w:r>
      <w:hyperlink r:id="rId6" w:history="1">
        <w:r w:rsidRPr="00B768C1">
          <w:rPr>
            <w:rStyle w:val="Hyperlink"/>
          </w:rPr>
          <w:t>https://wa.me/260770453875</w:t>
        </w:r>
      </w:hyperlink>
    </w:p>
    <w:p w14:paraId="07744E43" w14:textId="77777777" w:rsidR="000971DD" w:rsidRDefault="000971DD" w:rsidP="000971DD">
      <w:r w:rsidRPr="000971DD">
        <w:rPr>
          <w:b/>
          <w:bCs/>
        </w:rPr>
        <w:t>Instagram:</w:t>
      </w:r>
      <w:r>
        <w:t xml:space="preserve"> https://www.instagram.com/alihsaantrust</w:t>
      </w:r>
    </w:p>
    <w:p w14:paraId="16D853C8" w14:textId="609D606F" w:rsidR="000971DD" w:rsidRDefault="000971DD" w:rsidP="000971DD">
      <w:r w:rsidRPr="000971DD">
        <w:rPr>
          <w:b/>
          <w:bCs/>
        </w:rPr>
        <w:t>Facebook:</w:t>
      </w:r>
      <w:r>
        <w:t xml:space="preserve"> https://www.facebook.com/profile.php?id=100070307295208&amp;mibextid=ZbWKw</w:t>
      </w:r>
    </w:p>
    <w:p w14:paraId="02E1A6A4" w14:textId="04910F56" w:rsidR="001D19D0" w:rsidRDefault="0042735C">
      <w:r>
        <w:t>_________________________________________________________________________________________________________</w:t>
      </w:r>
    </w:p>
    <w:p w14:paraId="25C2A517" w14:textId="77777777" w:rsidR="001D19D0" w:rsidRDefault="005076BF">
      <w:pPr>
        <w:pStyle w:val="Heading1"/>
      </w:pPr>
      <w:r>
        <w:t xml:space="preserve">Section F: </w:t>
      </w:r>
      <w:r w:rsidR="00BE146C">
        <w:t>Logo and Images</w:t>
      </w:r>
    </w:p>
    <w:p w14:paraId="7B081C8D" w14:textId="77777777" w:rsidR="008D6945" w:rsidRDefault="005076BF">
      <w:r>
        <w:t>Logo: (Attach</w:t>
      </w:r>
      <w:r w:rsidR="000B6259">
        <w:t xml:space="preserve"> with the email if you have one, and mention yes or no below</w:t>
      </w:r>
      <w:r>
        <w:t>)</w:t>
      </w:r>
    </w:p>
    <w:p w14:paraId="37443016" w14:textId="2B0C7EC9" w:rsidR="001D19D0" w:rsidRDefault="008D6945">
      <w:r>
        <w:t>Yes</w:t>
      </w:r>
      <w:r w:rsidR="005076BF">
        <w:br/>
        <w:t>________________________________________________________________________________</w:t>
      </w:r>
    </w:p>
    <w:p w14:paraId="1644E203" w14:textId="77777777" w:rsidR="008D6945" w:rsidRDefault="005076BF" w:rsidP="008D6945">
      <w:r>
        <w:t>Photos: (Attach files</w:t>
      </w:r>
      <w:r w:rsidR="00AD54C5">
        <w:t xml:space="preserve"> with the email</w:t>
      </w:r>
      <w:r w:rsidR="000B6259">
        <w:t xml:space="preserve"> and mention yes or no below</w:t>
      </w:r>
      <w:r>
        <w:t>)</w:t>
      </w:r>
    </w:p>
    <w:p w14:paraId="1B250E11" w14:textId="5779EC7A" w:rsidR="001E4410" w:rsidRDefault="008D6945" w:rsidP="008D6945">
      <w:r>
        <w:t>No</w:t>
      </w:r>
      <w:r w:rsidR="005076BF">
        <w:br/>
        <w:t>________________________________________________________________________________</w:t>
      </w:r>
    </w:p>
    <w:p w14:paraId="7DB8041E" w14:textId="1F04ACD1" w:rsidR="00206416" w:rsidRDefault="00C63B88">
      <w:r>
        <w:t>Brochures: (Attach files with the email and mention yes or no below)</w:t>
      </w:r>
    </w:p>
    <w:p w14:paraId="126B3C3B" w14:textId="42EAAE32" w:rsidR="008D6945" w:rsidRDefault="008D6945">
      <w:r>
        <w:t>Yes</w:t>
      </w:r>
    </w:p>
    <w:p w14:paraId="7E53EAEE" w14:textId="7CA8CEA4" w:rsidR="00C63B88" w:rsidRDefault="00206416">
      <w:r>
        <w:lastRenderedPageBreak/>
        <w:t>________________________________________________________________________________</w:t>
      </w:r>
      <w:r w:rsidR="00C63B88">
        <w:br/>
      </w:r>
    </w:p>
    <w:p w14:paraId="5F349890" w14:textId="77777777" w:rsidR="001D19D0" w:rsidRDefault="005076BF">
      <w:pPr>
        <w:pStyle w:val="Heading1"/>
      </w:pPr>
      <w:r>
        <w:t>Section G: Additional Notes</w:t>
      </w:r>
    </w:p>
    <w:p w14:paraId="5AF45619" w14:textId="77777777" w:rsidR="008D6945" w:rsidRDefault="005076BF">
      <w:r>
        <w:t>Any additional information for website or magazine:</w:t>
      </w:r>
    </w:p>
    <w:p w14:paraId="7FCDA686" w14:textId="739A96D4" w:rsidR="001D19D0" w:rsidRDefault="008D6945">
      <w:r>
        <w:t>NIL</w:t>
      </w:r>
      <w:r w:rsidR="005076BF">
        <w:br/>
        <w:t>________________________________________________________________________________</w:t>
      </w:r>
      <w:r w:rsidR="000B625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146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D19D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0A550A"/>
    <w:multiLevelType w:val="hybridMultilevel"/>
    <w:tmpl w:val="35AED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6B031B"/>
    <w:multiLevelType w:val="hybridMultilevel"/>
    <w:tmpl w:val="C0AA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310EB9"/>
    <w:multiLevelType w:val="hybridMultilevel"/>
    <w:tmpl w:val="5A5630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B881F9B"/>
    <w:multiLevelType w:val="hybridMultilevel"/>
    <w:tmpl w:val="47F4E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16552"/>
    <w:multiLevelType w:val="hybridMultilevel"/>
    <w:tmpl w:val="6EA87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773ED0"/>
    <w:multiLevelType w:val="hybridMultilevel"/>
    <w:tmpl w:val="CAFA8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FE757D"/>
    <w:multiLevelType w:val="hybridMultilevel"/>
    <w:tmpl w:val="9154C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5"/>
  </w:num>
  <w:num w:numId="12">
    <w:abstractNumId w:val="12"/>
  </w:num>
  <w:num w:numId="13">
    <w:abstractNumId w:val="10"/>
  </w:num>
  <w:num w:numId="14">
    <w:abstractNumId w:val="9"/>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1DD"/>
    <w:rsid w:val="000B6259"/>
    <w:rsid w:val="00113C17"/>
    <w:rsid w:val="00122A1E"/>
    <w:rsid w:val="0015074B"/>
    <w:rsid w:val="001D19D0"/>
    <w:rsid w:val="001E4410"/>
    <w:rsid w:val="00206416"/>
    <w:rsid w:val="00221FC2"/>
    <w:rsid w:val="0028446D"/>
    <w:rsid w:val="0029639D"/>
    <w:rsid w:val="00326F90"/>
    <w:rsid w:val="00363791"/>
    <w:rsid w:val="003D34E1"/>
    <w:rsid w:val="0042735C"/>
    <w:rsid w:val="00463729"/>
    <w:rsid w:val="0047683A"/>
    <w:rsid w:val="004C317C"/>
    <w:rsid w:val="005076BF"/>
    <w:rsid w:val="005E0736"/>
    <w:rsid w:val="006746D4"/>
    <w:rsid w:val="006D3CBD"/>
    <w:rsid w:val="00764239"/>
    <w:rsid w:val="00801E96"/>
    <w:rsid w:val="00817466"/>
    <w:rsid w:val="008D6945"/>
    <w:rsid w:val="009213BC"/>
    <w:rsid w:val="00930806"/>
    <w:rsid w:val="009B0808"/>
    <w:rsid w:val="009D73BF"/>
    <w:rsid w:val="00A3255A"/>
    <w:rsid w:val="00A92A56"/>
    <w:rsid w:val="00AA1D8D"/>
    <w:rsid w:val="00AA7C2B"/>
    <w:rsid w:val="00AD54C5"/>
    <w:rsid w:val="00AF3D34"/>
    <w:rsid w:val="00B21E7D"/>
    <w:rsid w:val="00B47730"/>
    <w:rsid w:val="00BD2C90"/>
    <w:rsid w:val="00BE146C"/>
    <w:rsid w:val="00BE40CA"/>
    <w:rsid w:val="00C0437F"/>
    <w:rsid w:val="00C63B88"/>
    <w:rsid w:val="00CB0664"/>
    <w:rsid w:val="00D3002A"/>
    <w:rsid w:val="00DC05F4"/>
    <w:rsid w:val="00E16FEF"/>
    <w:rsid w:val="00E818B2"/>
    <w:rsid w:val="00FC693F"/>
    <w:rsid w:val="00FC74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0CD26F"/>
  <w14:defaultImageDpi w14:val="300"/>
  <w15:docId w15:val="{F88DFDF7-2664-4CB7-912B-312DBD49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D2C90"/>
    <w:rPr>
      <w:rFonts w:ascii="Times New Roman" w:hAnsi="Times New Roman" w:cs="Times New Roman"/>
      <w:sz w:val="24"/>
      <w:szCs w:val="24"/>
    </w:rPr>
  </w:style>
  <w:style w:type="character" w:styleId="Hyperlink">
    <w:name w:val="Hyperlink"/>
    <w:basedOn w:val="DefaultParagraphFont"/>
    <w:uiPriority w:val="99"/>
    <w:unhideWhenUsed/>
    <w:rsid w:val="000971DD"/>
    <w:rPr>
      <w:color w:val="0000FF" w:themeColor="hyperlink"/>
      <w:u w:val="single"/>
    </w:rPr>
  </w:style>
  <w:style w:type="character" w:styleId="UnresolvedMention">
    <w:name w:val="Unresolved Mention"/>
    <w:basedOn w:val="DefaultParagraphFont"/>
    <w:uiPriority w:val="99"/>
    <w:semiHidden/>
    <w:unhideWhenUsed/>
    <w:rsid w:val="00097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a.me/26077045387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Muhammad Cyclewala</cp:lastModifiedBy>
  <cp:revision>2</cp:revision>
  <dcterms:created xsi:type="dcterms:W3CDTF">2026-03-28T10:20:00Z</dcterms:created>
  <dcterms:modified xsi:type="dcterms:W3CDTF">2026-03-28T10:20:00Z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2fbc9a35-317a-46a1-8b69-a4b76d20e760</vt:lpwstr>
  </property>
</Properties>
</file>