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3FE2DDD" w14:textId="6FE1F0A3" w:rsidR="001D19D0" w:rsidRDefault="003D34E1">
      <w:pPr>
        <w:pStyle w:val="Title"/>
      </w:pPr>
      <w:proofErr w:type="spellStart"/>
      <w:r>
        <w:t>Zafemu</w:t>
      </w:r>
      <w:proofErr w:type="spellEnd"/>
      <w:r>
        <w:t xml:space="preserve"> Website &amp; </w:t>
      </w:r>
      <w:r w:rsidR="00C0437F">
        <w:t>Journal</w:t>
      </w:r>
      <w:r>
        <w:t xml:space="preserve"> Submission Form</w:t>
      </w:r>
    </w:p>
    <w:p w14:paraId="29326EB9" w14:textId="77777777" w:rsidR="001D19D0" w:rsidRDefault="005076BF">
      <w:pPr>
        <w:pStyle w:val="Heading1"/>
      </w:pPr>
      <w:r>
        <w:t>Instructions for Affiliates:</w:t>
      </w:r>
    </w:p>
    <w:p w14:paraId="0ECE7737" w14:textId="4CBCA590" w:rsidR="001D19D0" w:rsidRDefault="005076BF" w:rsidP="00FC7447">
      <w:pPr>
        <w:pStyle w:val="ListParagraph"/>
        <w:numPr>
          <w:ilvl w:val="0"/>
          <w:numId w:val="10"/>
        </w:numPr>
      </w:pPr>
      <w:r>
        <w:t>Please fill in all fields accurately.</w:t>
      </w:r>
      <w:r>
        <w:br/>
        <w:t>2. Short Description: max 3–5 lines for website display.</w:t>
      </w:r>
      <w:r>
        <w:br/>
        <w:t xml:space="preserve">3. Full Description / History: </w:t>
      </w:r>
      <w:r w:rsidR="003D34E1">
        <w:t>Provide</w:t>
      </w:r>
      <w:r>
        <w:t xml:space="preserve"> detailed information for </w:t>
      </w:r>
      <w:r w:rsidR="003D34E1">
        <w:t xml:space="preserve">the </w:t>
      </w:r>
      <w:r>
        <w:t>magazine.</w:t>
      </w:r>
      <w:r>
        <w:br/>
        <w:t>4. Attach your logo and relevant photos</w:t>
      </w:r>
      <w:r w:rsidR="003D34E1">
        <w:t xml:space="preserve"> with the email.</w:t>
      </w:r>
      <w:r>
        <w:br/>
        <w:t>5. All fields are mandatory.</w:t>
      </w:r>
      <w:r>
        <w:br/>
      </w:r>
      <w:r>
        <w:br/>
        <w:t>Submit by: [</w:t>
      </w:r>
      <w:r w:rsidR="00B65ED4">
        <w:t>8</w:t>
      </w:r>
      <w:r w:rsidR="00DC05F4" w:rsidRPr="00DC05F4">
        <w:rPr>
          <w:vertAlign w:val="superscript"/>
        </w:rPr>
        <w:t>th</w:t>
      </w:r>
      <w:r w:rsidR="00DC05F4">
        <w:t xml:space="preserve"> </w:t>
      </w:r>
      <w:r w:rsidR="00B65ED4">
        <w:t>September</w:t>
      </w:r>
      <w:r w:rsidR="00DC05F4">
        <w:t xml:space="preserve"> 2026</w:t>
      </w:r>
      <w:r>
        <w:t>]</w:t>
      </w:r>
    </w:p>
    <w:p w14:paraId="21C041D0" w14:textId="77777777" w:rsidR="001D19D0" w:rsidRDefault="005076BF">
      <w:pPr>
        <w:pStyle w:val="Heading1"/>
      </w:pPr>
      <w:r>
        <w:t>Section A: Basic Information</w:t>
      </w:r>
    </w:p>
    <w:p w14:paraId="67A99151" w14:textId="09C9ABD8" w:rsidR="001D19D0" w:rsidRDefault="000B6259">
      <w:proofErr w:type="spellStart"/>
      <w:r>
        <w:t>Organisation</w:t>
      </w:r>
      <w:proofErr w:type="spellEnd"/>
      <w:r>
        <w:t xml:space="preserve"> Name:</w:t>
      </w:r>
      <w:r w:rsidR="00AE5040">
        <w:t xml:space="preserve"> Family Development </w:t>
      </w:r>
      <w:r w:rsidR="00B65ED4">
        <w:t>Initiatives</w:t>
      </w:r>
      <w:r>
        <w:br/>
        <w:t>________________________________________________________________________________</w:t>
      </w:r>
    </w:p>
    <w:p w14:paraId="6F38B893" w14:textId="6142178C" w:rsidR="001D19D0" w:rsidRDefault="00AA7C2B">
      <w:r>
        <w:t>Internal Contact Person Name, Role and Phone Number:</w:t>
      </w:r>
      <w:r w:rsidR="00AE5040">
        <w:t xml:space="preserve"> </w:t>
      </w:r>
      <w:r w:rsidR="00B65ED4">
        <w:t>Ali Musa Ayami</w:t>
      </w:r>
      <w:r>
        <w:br/>
      </w:r>
      <w:r w:rsidR="00B65ED4">
        <w:t>HR</w:t>
      </w:r>
      <w:r w:rsidR="00AE5040">
        <w:t>, +260</w:t>
      </w:r>
      <w:r w:rsidR="00B65ED4">
        <w:t>7717245</w:t>
      </w:r>
    </w:p>
    <w:p w14:paraId="6E0DCBAC" w14:textId="44313B4A" w:rsidR="001D19D0" w:rsidRDefault="00AA7C2B">
      <w:r>
        <w:t>Public Contact Person Name, Role and Phone Number</w:t>
      </w:r>
      <w:r w:rsidR="00AE5040">
        <w:t xml:space="preserve">: </w:t>
      </w:r>
      <w:r w:rsidR="00AE5040">
        <w:t xml:space="preserve">Rose Mwandila </w:t>
      </w:r>
      <w:r w:rsidR="00AE5040">
        <w:br/>
        <w:t>Communications Lead, +260971427603</w:t>
      </w:r>
    </w:p>
    <w:p w14:paraId="224B7175" w14:textId="0D372961" w:rsidR="001D19D0" w:rsidRDefault="000B6259">
      <w:proofErr w:type="spellStart"/>
      <w:r>
        <w:t>Organisation</w:t>
      </w:r>
      <w:proofErr w:type="spellEnd"/>
      <w:r>
        <w:t xml:space="preserve"> Email Address:</w:t>
      </w:r>
      <w:r w:rsidR="00040A1C">
        <w:t xml:space="preserve"> </w:t>
      </w:r>
      <w:r w:rsidR="00040A1C" w:rsidRPr="00040A1C">
        <w:t>info@myfdizambia.org</w:t>
      </w:r>
      <w:r>
        <w:br/>
        <w:t>________________________________________________________________________________</w:t>
      </w:r>
    </w:p>
    <w:p w14:paraId="7AC113BB" w14:textId="1EFFFF48" w:rsidR="005E0736" w:rsidRDefault="005E0736">
      <w:proofErr w:type="spellStart"/>
      <w:r>
        <w:t>Organisation</w:t>
      </w:r>
      <w:proofErr w:type="spellEnd"/>
      <w:r>
        <w:t xml:space="preserve"> Physical Address and exact Google location pin </w:t>
      </w:r>
    </w:p>
    <w:p w14:paraId="07AB8AF3" w14:textId="76518304" w:rsidR="00817466" w:rsidRDefault="00040A1C">
      <w:r w:rsidRPr="00040A1C">
        <w:rPr>
          <w:b/>
          <w:bCs/>
        </w:rPr>
        <w:t> </w:t>
      </w:r>
      <w:r w:rsidRPr="00040A1C">
        <w:t>100/735, American, Embassy Road, Lusaka</w:t>
      </w:r>
      <w:r>
        <w:t xml:space="preserve"> </w:t>
      </w:r>
    </w:p>
    <w:p w14:paraId="434C659A" w14:textId="72C137E0" w:rsidR="001D19D0" w:rsidRDefault="005076BF">
      <w:pPr>
        <w:pStyle w:val="Heading1"/>
      </w:pPr>
      <w:r>
        <w:t xml:space="preserve">Section B: About the </w:t>
      </w:r>
      <w:proofErr w:type="spellStart"/>
      <w:r w:rsidR="009213BC">
        <w:t>Organisation</w:t>
      </w:r>
      <w:proofErr w:type="spellEnd"/>
    </w:p>
    <w:p w14:paraId="6B319BBF" w14:textId="77777777" w:rsidR="00040A1C" w:rsidRPr="00040A1C" w:rsidRDefault="005076BF" w:rsidP="00040A1C">
      <w:pPr>
        <w:rPr>
          <w:rFonts w:ascii="Arial" w:eastAsia="Times New Roman" w:hAnsi="Arial" w:cs="Arial"/>
          <w:color w:val="1F1F1F"/>
        </w:rPr>
      </w:pPr>
      <w:r>
        <w:t>Short Description (3–5 lines):</w:t>
      </w:r>
      <w:r>
        <w:br/>
      </w:r>
      <w:hyperlink r:id="rId6" w:tgtFrame="_blank" w:history="1">
        <w:r w:rsidR="00040A1C" w:rsidRPr="00040A1C">
          <w:rPr>
            <w:rFonts w:asciiTheme="majorHAnsi" w:eastAsia="Times New Roman" w:hAnsiTheme="majorHAnsi" w:cstheme="majorHAnsi"/>
            <w:color w:val="0000EE"/>
            <w:u w:val="single"/>
            <w:bdr w:val="none" w:sz="0" w:space="0" w:color="auto" w:frame="1"/>
          </w:rPr>
          <w:t>Family Development Initiatives (FDI)</w:t>
        </w:r>
      </w:hyperlink>
      <w:r w:rsidR="00040A1C" w:rsidRPr="00040A1C">
        <w:rPr>
          <w:rFonts w:asciiTheme="majorHAnsi" w:eastAsia="Times New Roman" w:hAnsiTheme="majorHAnsi" w:cstheme="majorHAnsi"/>
          <w:color w:val="1F1F1F"/>
        </w:rPr>
        <w:t xml:space="preserve"> is a faith-based non-governmental organization in Zambia, founded in October 2016, dedicated to building self-reliant, prosperous, and dignified families and communities. Inspired by Islamic teachings, the organization works across four core thematic areas: Rural Enterprise Development, Governance &amp; Social Accountability, Climate Change Resilience, and Integrated Health. Through these initiatives, FDI empowers citizens, strengthens health systems, and drives local prosperity to foster long-term sustainable development.</w:t>
      </w:r>
    </w:p>
    <w:p w14:paraId="64E2A573" w14:textId="6930D184" w:rsidR="003D34E1" w:rsidRDefault="003D34E1"/>
    <w:p w14:paraId="4920C4B3" w14:textId="77777777" w:rsidR="0047683A" w:rsidRDefault="0047683A"/>
    <w:p w14:paraId="26BCF0AC" w14:textId="2A6DA0E7" w:rsidR="00040A1C" w:rsidRPr="00040A1C" w:rsidRDefault="0047683A" w:rsidP="00040A1C">
      <w:r>
        <w:t xml:space="preserve">Full </w:t>
      </w:r>
      <w:r w:rsidR="005076BF">
        <w:t>Description / History:</w:t>
      </w:r>
      <w:r w:rsidR="00040A1C">
        <w:t xml:space="preserve"> </w:t>
      </w:r>
    </w:p>
    <w:p w14:paraId="286D343A" w14:textId="2E518F41" w:rsidR="00040A1C" w:rsidRPr="00040A1C" w:rsidRDefault="00040A1C" w:rsidP="00040A1C">
      <w:r w:rsidRPr="00040A1C">
        <w:t xml:space="preserve">Founded in October 2016, </w:t>
      </w:r>
      <w:hyperlink r:id="rId7" w:tgtFrame="_blank" w:history="1">
        <w:r w:rsidRPr="00040A1C">
          <w:rPr>
            <w:rStyle w:val="Hyperlink"/>
          </w:rPr>
          <w:t>Family Development Initiatives (FDI)</w:t>
        </w:r>
      </w:hyperlink>
      <w:r w:rsidRPr="00040A1C">
        <w:t xml:space="preserve"> is a faith-based, non-governmental organization in Zambia inspired by Islamic teachings to foster sustainable, productive, and dignified communities. The organization was originally established by a family with the twin goals of creating meaningful opportunities for their own family members while expanding that impact to uplift and empower other families across the region.</w:t>
      </w:r>
    </w:p>
    <w:p w14:paraId="4B1CCF49" w14:textId="0E34A589" w:rsidR="00040A1C" w:rsidRPr="00040A1C" w:rsidRDefault="00040A1C" w:rsidP="00040A1C">
      <w:r w:rsidRPr="00040A1C">
        <w:t>Driven by the vision of building skilled, self-reliant, and prosperous families capable of leading long-term community development, FDI structures its programs around four core thematic areas:</w:t>
      </w:r>
    </w:p>
    <w:p w14:paraId="2A774C32" w14:textId="5DF9F974" w:rsidR="00040A1C" w:rsidRPr="00040A1C" w:rsidRDefault="00040A1C" w:rsidP="00040A1C">
      <w:pPr>
        <w:numPr>
          <w:ilvl w:val="0"/>
          <w:numId w:val="11"/>
        </w:numPr>
      </w:pPr>
      <w:r w:rsidRPr="00040A1C">
        <w:rPr>
          <w:b/>
          <w:bCs/>
        </w:rPr>
        <w:t>Rural Enterprise Development:</w:t>
      </w:r>
      <w:r w:rsidRPr="00040A1C">
        <w:t xml:space="preserve"> Unlocking local economic potential and driving sustainable prosperity to support family self-sufficiency.</w:t>
      </w:r>
    </w:p>
    <w:p w14:paraId="15337CF1" w14:textId="20A139C0" w:rsidR="00040A1C" w:rsidRPr="00040A1C" w:rsidRDefault="00040A1C" w:rsidP="00040A1C">
      <w:pPr>
        <w:numPr>
          <w:ilvl w:val="0"/>
          <w:numId w:val="11"/>
        </w:numPr>
      </w:pPr>
      <w:r w:rsidRPr="00040A1C">
        <w:rPr>
          <w:b/>
          <w:bCs/>
        </w:rPr>
        <w:t>Governance &amp; Social Accountability:</w:t>
      </w:r>
      <w:r w:rsidRPr="00040A1C">
        <w:t xml:space="preserve"> Empowering citizens and strengthening institutional systems to foster transparency and active civic participation.</w:t>
      </w:r>
    </w:p>
    <w:p w14:paraId="6B099633" w14:textId="2C05F871" w:rsidR="00040A1C" w:rsidRPr="00040A1C" w:rsidRDefault="00040A1C" w:rsidP="00040A1C">
      <w:pPr>
        <w:numPr>
          <w:ilvl w:val="0"/>
          <w:numId w:val="11"/>
        </w:numPr>
      </w:pPr>
      <w:r w:rsidRPr="00040A1C">
        <w:rPr>
          <w:b/>
          <w:bCs/>
        </w:rPr>
        <w:t>Climate Change Resilience:</w:t>
      </w:r>
      <w:r w:rsidRPr="00040A1C">
        <w:t xml:space="preserve"> Enhancing community capacity to withstand environmental challenges and promoting sustainable local practices.</w:t>
      </w:r>
    </w:p>
    <w:p w14:paraId="061DA189" w14:textId="58971AEB" w:rsidR="00040A1C" w:rsidRPr="00040A1C" w:rsidRDefault="00040A1C" w:rsidP="00040A1C">
      <w:pPr>
        <w:numPr>
          <w:ilvl w:val="0"/>
          <w:numId w:val="11"/>
        </w:numPr>
      </w:pPr>
      <w:r w:rsidRPr="00040A1C">
        <w:rPr>
          <w:b/>
          <w:bCs/>
        </w:rPr>
        <w:t>Integrated Health:</w:t>
      </w:r>
      <w:r w:rsidRPr="00040A1C">
        <w:t xml:space="preserve"> Strengthening family welfare, expanding access to essential health services, and building resilient health systems.</w:t>
      </w:r>
    </w:p>
    <w:p w14:paraId="65F22B2E" w14:textId="7FACE29A" w:rsidR="001D19D0" w:rsidRDefault="00040A1C">
      <w:r w:rsidRPr="00040A1C">
        <w:t>Headquartered in Lusaka, Zambia, FDI collaborates with local partners, women, youth, and leaders to break cycles of vulnerability and foster lasting, intergenerational empowerment.</w:t>
      </w:r>
    </w:p>
    <w:p w14:paraId="505600B8" w14:textId="77777777" w:rsidR="00040A1C" w:rsidRDefault="00040A1C"/>
    <w:p w14:paraId="3EE878AE" w14:textId="77777777" w:rsidR="00B65ED4" w:rsidRDefault="005076BF" w:rsidP="001716AE">
      <w:r>
        <w:t>Mission &amp; Vision:</w:t>
      </w:r>
      <w:r>
        <w:br/>
      </w:r>
    </w:p>
    <w:p w14:paraId="2DB87EE8" w14:textId="326745AB" w:rsidR="001716AE" w:rsidRDefault="001716AE" w:rsidP="001716AE">
      <w:r w:rsidRPr="001716AE">
        <w:t>Vision</w:t>
      </w:r>
      <w:r>
        <w:t>:</w:t>
      </w:r>
    </w:p>
    <w:p w14:paraId="62C57C17" w14:textId="19E94B9F" w:rsidR="001716AE" w:rsidRPr="001716AE" w:rsidRDefault="001716AE" w:rsidP="001716AE">
      <w:r w:rsidRPr="001716AE">
        <w:t>To build dignified, skilled, self-reliant, and prosperous families and communities across Zambia.</w:t>
      </w:r>
    </w:p>
    <w:p w14:paraId="4D3675F1" w14:textId="2606D53A" w:rsidR="001716AE" w:rsidRPr="001716AE" w:rsidRDefault="001716AE" w:rsidP="001716AE">
      <w:r w:rsidRPr="001716AE">
        <w:t>Mission</w:t>
      </w:r>
      <w:r>
        <w:t>:</w:t>
      </w:r>
    </w:p>
    <w:p w14:paraId="3D57747E" w14:textId="77777777" w:rsidR="001716AE" w:rsidRPr="001716AE" w:rsidRDefault="001716AE" w:rsidP="001716AE">
      <w:r w:rsidRPr="001716AE">
        <w:t xml:space="preserve">Inspired by Islamic teachings, </w:t>
      </w:r>
      <w:hyperlink r:id="rId8" w:tgtFrame="_blank" w:history="1">
        <w:r w:rsidRPr="001716AE">
          <w:rPr>
            <w:rStyle w:val="Hyperlink"/>
            <w:u w:val="none"/>
          </w:rPr>
          <w:t>Family Development Initiatives (FDI)</w:t>
        </w:r>
      </w:hyperlink>
      <w:r w:rsidRPr="001716AE">
        <w:t xml:space="preserve"> empowers families and communities through targeted programs in rural enterprise development, governance, climate resilience, and integrated health to build self-reliance and foster long-term sustainable development.</w:t>
      </w:r>
    </w:p>
    <w:p w14:paraId="166F6DF6" w14:textId="5F1CECB9" w:rsidR="001D19D0" w:rsidRDefault="001D19D0"/>
    <w:p w14:paraId="4BDA3F92" w14:textId="77777777" w:rsidR="001D19D0" w:rsidRDefault="005076BF">
      <w:pPr>
        <w:pStyle w:val="Heading1"/>
      </w:pPr>
      <w:r>
        <w:lastRenderedPageBreak/>
        <w:t>Section C: Services &amp; Programs</w:t>
      </w:r>
    </w:p>
    <w:p w14:paraId="5ACBE7CE" w14:textId="01FBF196" w:rsidR="001716AE" w:rsidRPr="001716AE" w:rsidRDefault="005076BF" w:rsidP="001716AE">
      <w:r>
        <w:t>Services Provided (bullet points):</w:t>
      </w:r>
      <w:r w:rsidR="001716AE" w:rsidRPr="001716AE">
        <w:t>:</w:t>
      </w:r>
    </w:p>
    <w:p w14:paraId="285D0316" w14:textId="538BC734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Empowered Communities for Sustainable Reproductive Health Rights (ECS-RHR) Project:</w:t>
      </w:r>
      <w:r w:rsidRPr="001716AE">
        <w:t xml:space="preserve"> Partnering with ActionAid Zambia to improve adolescent reproductive health rights outcomes across 10 districts in Eastern, Southern, and North-Western provinces.</w:t>
      </w:r>
    </w:p>
    <w:p w14:paraId="6990C50E" w14:textId="1119272B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Breaking the Cycle – Ending Child Marriage &amp; Adolescent Pregnancies:</w:t>
      </w:r>
      <w:r w:rsidRPr="001716AE">
        <w:t xml:space="preserve"> Implemented in partnership with UNICEF to strengthen community and adolescent partnerships to prevent child marriage and teenage pregnancies in Zambia.</w:t>
      </w:r>
    </w:p>
    <w:p w14:paraId="6B6E75AD" w14:textId="733FBF32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Ending Early and Unintended Pregnancies (EUP):</w:t>
      </w:r>
      <w:r w:rsidRPr="001716AE">
        <w:t xml:space="preserve"> Scaling up UNESCO/SIDA-funded efforts to reduce and prevent early and unintended pregnancies building on the </w:t>
      </w:r>
      <w:r w:rsidRPr="001716AE">
        <w:rPr>
          <w:i/>
          <w:iCs/>
        </w:rPr>
        <w:t>Let’s Talk EUP Campaign</w:t>
      </w:r>
      <w:r w:rsidRPr="001716AE">
        <w:t>.</w:t>
      </w:r>
    </w:p>
    <w:p w14:paraId="6C096DAE" w14:textId="2126FE90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Civil Society Self-Coordinating Mechanism (CSSCM):</w:t>
      </w:r>
      <w:r w:rsidRPr="001716AE">
        <w:t xml:space="preserve"> Hosting a vibrant CSO initiative that empowers civil society organizations in the response against HIV, TB, Malaria, and other health epidemics.</w:t>
      </w:r>
    </w:p>
    <w:p w14:paraId="5F53E399" w14:textId="2E046786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Community-Led Monitoring – Malaria:</w:t>
      </w:r>
      <w:r w:rsidRPr="001716AE">
        <w:t xml:space="preserve"> Partnering with DAPP and CHAZ on a Global Fund–supported project conducting community-led malaria monitoring across 9 districts in Lusaka.</w:t>
      </w:r>
    </w:p>
    <w:p w14:paraId="6D288F3D" w14:textId="5099F2F7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National Child Rights Forum (NCRF) Secretariat:</w:t>
      </w:r>
      <w:r w:rsidRPr="001716AE">
        <w:t xml:space="preserve"> Serving as the secretariat for a SIDA-funded project led by Save the Children International to strengthen child-focused CSOs in Zambia.</w:t>
      </w:r>
    </w:p>
    <w:p w14:paraId="0F0F28D2" w14:textId="69742BB3" w:rsidR="001716AE" w:rsidRPr="001716AE" w:rsidRDefault="001716AE" w:rsidP="001716AE">
      <w:pPr>
        <w:numPr>
          <w:ilvl w:val="0"/>
          <w:numId w:val="12"/>
        </w:numPr>
      </w:pPr>
      <w:proofErr w:type="spellStart"/>
      <w:r w:rsidRPr="001716AE">
        <w:rPr>
          <w:b/>
          <w:bCs/>
        </w:rPr>
        <w:t>Kuyanjana</w:t>
      </w:r>
      <w:proofErr w:type="spellEnd"/>
      <w:r w:rsidRPr="001716AE">
        <w:rPr>
          <w:b/>
          <w:bCs/>
        </w:rPr>
        <w:t xml:space="preserve"> Faith in Action Project:</w:t>
      </w:r>
      <w:r w:rsidRPr="001716AE">
        <w:t xml:space="preserve"> Operating under Governance &amp; Social Accountability to address inequality and injustice by ensuring active citizen participation in governance.</w:t>
      </w:r>
    </w:p>
    <w:p w14:paraId="6311E2DE" w14:textId="471AD0DB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Adalah – Fighting Inequality:</w:t>
      </w:r>
      <w:r w:rsidRPr="001716AE">
        <w:t xml:space="preserve"> Engaging the Muslim community in governance and democratic processes to foster social justice and reduce inequality.</w:t>
      </w:r>
    </w:p>
    <w:p w14:paraId="6EE83D31" w14:textId="45E8F1BF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Fight Inequality Alliance (FIA) Zambia:</w:t>
      </w:r>
      <w:r w:rsidRPr="001716AE">
        <w:t xml:space="preserve"> Mobilizing grassroots action, policy engagement, and advocacy to address social and economic inequalities.</w:t>
      </w:r>
    </w:p>
    <w:p w14:paraId="7FA31A8E" w14:textId="5A00D016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FDI-COSMOS Science Exhibition &amp; Climate Resilience:</w:t>
      </w:r>
      <w:r w:rsidRPr="001716AE">
        <w:t xml:space="preserve"> Collaborating with Cosmos Education Zambia around World Science Day to highlight science's role in climate resilience, peace, and sustainable development.</w:t>
      </w:r>
    </w:p>
    <w:p w14:paraId="16B1D1F4" w14:textId="64C74E21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National CSO Pre-COP Meetings:</w:t>
      </w:r>
      <w:r w:rsidRPr="001716AE">
        <w:t xml:space="preserve"> Partnering with the Zambia Climate Change Network (ZCCN) to organize Pre-COP meetings and enhance civil society cooperation on climate action.</w:t>
      </w:r>
    </w:p>
    <w:p w14:paraId="571B197D" w14:textId="482AFDA4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lastRenderedPageBreak/>
        <w:t>Local Empowerment and Development (CS-LEAD) Support:</w:t>
      </w:r>
      <w:r w:rsidRPr="001716AE">
        <w:t xml:space="preserve"> Supported by People in Need and JCTR (via European Union funding) alongside 30 local CSOs and 10 civil society networks in Lusaka.</w:t>
      </w:r>
    </w:p>
    <w:p w14:paraId="328309C2" w14:textId="2924B735" w:rsidR="001716AE" w:rsidRP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Hosting Emerging Organizations:</w:t>
      </w:r>
      <w:r w:rsidRPr="001716AE">
        <w:t xml:space="preserve"> Hosting and mentoring emerging institutions like </w:t>
      </w:r>
      <w:r w:rsidRPr="001716AE">
        <w:rPr>
          <w:i/>
          <w:iCs/>
        </w:rPr>
        <w:t>ANVIL Together We Can (TWC)</w:t>
      </w:r>
      <w:r w:rsidRPr="001716AE">
        <w:t xml:space="preserve"> and </w:t>
      </w:r>
      <w:r w:rsidRPr="001716AE">
        <w:rPr>
          <w:i/>
          <w:iCs/>
        </w:rPr>
        <w:t>ZANGO</w:t>
      </w:r>
      <w:r w:rsidRPr="001716AE">
        <w:t xml:space="preserve"> to empower young people through education and economic development.</w:t>
      </w:r>
    </w:p>
    <w:p w14:paraId="681A3223" w14:textId="77777777" w:rsidR="001716AE" w:rsidRDefault="001716AE" w:rsidP="001716AE">
      <w:pPr>
        <w:numPr>
          <w:ilvl w:val="0"/>
          <w:numId w:val="12"/>
        </w:numPr>
      </w:pPr>
      <w:r w:rsidRPr="001716AE">
        <w:rPr>
          <w:b/>
          <w:bCs/>
        </w:rPr>
        <w:t>Community Child Immunization Project:</w:t>
      </w:r>
      <w:r w:rsidRPr="001716AE">
        <w:t xml:space="preserve"> Intervening in public health to boost child immunization rates and reduce infectious disease mortality.</w:t>
      </w:r>
    </w:p>
    <w:p w14:paraId="060C35AF" w14:textId="0C1DEF42" w:rsidR="00410B48" w:rsidRPr="001716AE" w:rsidRDefault="00410B48" w:rsidP="001716AE">
      <w:pPr>
        <w:numPr>
          <w:ilvl w:val="0"/>
          <w:numId w:val="12"/>
        </w:numPr>
      </w:pPr>
      <w:r>
        <w:rPr>
          <w:b/>
          <w:bCs/>
        </w:rPr>
        <w:t>Restoring Vision:</w:t>
      </w:r>
      <w:r>
        <w:t xml:space="preserve"> Giving out reading glasses to community members above the age of 40 to help combat presbyopia.</w:t>
      </w:r>
    </w:p>
    <w:p w14:paraId="0EC5AFA4" w14:textId="500260AD" w:rsidR="001D19D0" w:rsidRDefault="001D19D0"/>
    <w:p w14:paraId="7EE587D6" w14:textId="77777777" w:rsidR="001716AE" w:rsidRDefault="005076BF">
      <w:r>
        <w:t>Special Programs / Projects:</w:t>
      </w:r>
      <w:r w:rsidR="001716AE">
        <w:t xml:space="preserve"> </w:t>
      </w:r>
    </w:p>
    <w:p w14:paraId="50EFD3C2" w14:textId="038776CF" w:rsidR="001D19D0" w:rsidRDefault="001716AE">
      <w:r w:rsidRPr="001716AE">
        <w:rPr>
          <w:b/>
          <w:bCs/>
          <w:i/>
          <w:iCs/>
        </w:rPr>
        <w:t>Family Conversations</w:t>
      </w:r>
      <w:r w:rsidRPr="001716AE">
        <w:rPr>
          <w:b/>
          <w:bCs/>
        </w:rPr>
        <w:t xml:space="preserve"> Podcast:</w:t>
      </w:r>
      <w:r w:rsidRPr="001716AE">
        <w:t xml:space="preserve"> A dedicated podcast platform addressing tough, sensitive, and taboo topics that families often hesitate or avoid discussing, aiming to foster open dialogue, healing, and understanding.</w:t>
      </w:r>
    </w:p>
    <w:p w14:paraId="792172E4" w14:textId="72364027" w:rsidR="00410B48" w:rsidRPr="00410B48" w:rsidRDefault="005076BF" w:rsidP="00410B48">
      <w:r>
        <w:t>Target Beneficiaries:</w:t>
      </w:r>
      <w:r w:rsidR="003D34E1">
        <w:t xml:space="preserve"> (bullet points)</w:t>
      </w:r>
      <w:r w:rsidR="00410B48">
        <w:t xml:space="preserve">: </w:t>
      </w:r>
    </w:p>
    <w:p w14:paraId="56FEFA11" w14:textId="25B6B4A4" w:rsidR="00410B48" w:rsidRPr="00410B48" w:rsidRDefault="00410B48" w:rsidP="00410B48">
      <w:pPr>
        <w:numPr>
          <w:ilvl w:val="0"/>
          <w:numId w:val="13"/>
        </w:numPr>
      </w:pPr>
      <w:r w:rsidRPr="00410B48">
        <w:rPr>
          <w:b/>
          <w:bCs/>
        </w:rPr>
        <w:t>Families &amp; Vulnerable Communities:</w:t>
      </w:r>
      <w:r w:rsidRPr="00410B48">
        <w:t xml:space="preserve"> Rural and low-income families seeking economic stability, self-reliance, and improved welfare.</w:t>
      </w:r>
    </w:p>
    <w:p w14:paraId="4E0346CD" w14:textId="0F54E2AE" w:rsidR="00410B48" w:rsidRPr="00410B48" w:rsidRDefault="00410B48" w:rsidP="00410B48">
      <w:pPr>
        <w:numPr>
          <w:ilvl w:val="0"/>
          <w:numId w:val="13"/>
        </w:numPr>
      </w:pPr>
      <w:r w:rsidRPr="00410B48">
        <w:rPr>
          <w:b/>
          <w:bCs/>
        </w:rPr>
        <w:t>Adolescents &amp; Youth:</w:t>
      </w:r>
      <w:r w:rsidRPr="00410B48">
        <w:t xml:space="preserve"> Young people—particularly teenage girls and vulnerable youth—benefiting from reproductive health education, pregnancy prevention, child marriage interventions, and skills development.</w:t>
      </w:r>
    </w:p>
    <w:p w14:paraId="59821015" w14:textId="21778A04" w:rsidR="00410B48" w:rsidRPr="00410B48" w:rsidRDefault="00410B48" w:rsidP="00410B48">
      <w:pPr>
        <w:numPr>
          <w:ilvl w:val="0"/>
          <w:numId w:val="13"/>
        </w:numPr>
      </w:pPr>
      <w:r w:rsidRPr="00410B48">
        <w:rPr>
          <w:b/>
          <w:bCs/>
        </w:rPr>
        <w:t>Women &amp; Girls:</w:t>
      </w:r>
      <w:r w:rsidRPr="00410B48">
        <w:t xml:space="preserve"> Women in rural communities participating in enterprise initiatives, rights advocacy, and family health programs.</w:t>
      </w:r>
    </w:p>
    <w:p w14:paraId="0FC4DD18" w14:textId="23C32AF6" w:rsidR="00410B48" w:rsidRPr="00410B48" w:rsidRDefault="00410B48" w:rsidP="00410B48">
      <w:pPr>
        <w:numPr>
          <w:ilvl w:val="0"/>
          <w:numId w:val="13"/>
        </w:numPr>
      </w:pPr>
      <w:r w:rsidRPr="00410B48">
        <w:rPr>
          <w:b/>
          <w:bCs/>
        </w:rPr>
        <w:t>Children:</w:t>
      </w:r>
      <w:r w:rsidRPr="00410B48">
        <w:t xml:space="preserve"> Children benefiting from public health interventions (such as community immunization programs) and child rights advocacy.</w:t>
      </w:r>
    </w:p>
    <w:p w14:paraId="75B4FFD6" w14:textId="26CF4536" w:rsidR="00410B48" w:rsidRPr="00410B48" w:rsidRDefault="00410B48" w:rsidP="00410B48">
      <w:pPr>
        <w:numPr>
          <w:ilvl w:val="0"/>
          <w:numId w:val="13"/>
        </w:numPr>
      </w:pPr>
      <w:r w:rsidRPr="00410B48">
        <w:rPr>
          <w:b/>
          <w:bCs/>
        </w:rPr>
        <w:t>Grassroots Communities &amp; Citizens:</w:t>
      </w:r>
      <w:r w:rsidRPr="00410B48">
        <w:t xml:space="preserve"> Local citizens participating in governance, civic accountability, and climate resilience projects.</w:t>
      </w:r>
    </w:p>
    <w:p w14:paraId="1B9BA7A0" w14:textId="387448EC" w:rsidR="001D19D0" w:rsidRDefault="00410B48" w:rsidP="00410B48">
      <w:pPr>
        <w:numPr>
          <w:ilvl w:val="0"/>
          <w:numId w:val="13"/>
        </w:numPr>
      </w:pPr>
      <w:r w:rsidRPr="00410B48">
        <w:rPr>
          <w:b/>
          <w:bCs/>
        </w:rPr>
        <w:t>Emerging Non-Profits &amp; CSOs:</w:t>
      </w:r>
      <w:r w:rsidRPr="00410B48">
        <w:t xml:space="preserve"> Early-stage non-governmental organizations, youth groups (e.g., ANVIL, ZANGO), and civil society networks receiving hosting, mentorship, and capacity-building support.</w:t>
      </w:r>
    </w:p>
    <w:p w14:paraId="3A54B9F4" w14:textId="77777777" w:rsidR="00410B48" w:rsidRDefault="00410B48">
      <w:pPr>
        <w:pStyle w:val="Heading1"/>
      </w:pPr>
    </w:p>
    <w:p w14:paraId="3D7A590D" w14:textId="7370680D" w:rsidR="001D19D0" w:rsidRDefault="005076BF">
      <w:pPr>
        <w:pStyle w:val="Heading1"/>
      </w:pPr>
      <w:r>
        <w:t>Section D: Achievements &amp; Recognition</w:t>
      </w:r>
    </w:p>
    <w:p w14:paraId="19B71CD8" w14:textId="77777777" w:rsidR="001D19D0" w:rsidRDefault="005076BF">
      <w:r>
        <w:t>Awards / Achievements / Milestones:</w:t>
      </w:r>
      <w:r w:rsidR="000B6259">
        <w:t xml:space="preserve"> (Mention them below and attach pdfs with the email)</w:t>
      </w:r>
      <w:r>
        <w:br/>
        <w:t>________________________________________________________________________________</w:t>
      </w:r>
      <w:r w:rsidR="000B625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20DA4B22" w14:textId="77777777" w:rsidR="001D19D0" w:rsidRDefault="005076BF">
      <w:pPr>
        <w:pStyle w:val="Heading1"/>
      </w:pPr>
      <w:r>
        <w:t>Section E: Online Presence</w:t>
      </w:r>
    </w:p>
    <w:p w14:paraId="718127D2" w14:textId="5B67A677" w:rsidR="001D19D0" w:rsidRDefault="005076BF">
      <w:r>
        <w:t>Website URL:</w:t>
      </w:r>
      <w:r w:rsidR="000B6259">
        <w:t xml:space="preserve"> </w:t>
      </w:r>
      <w:r>
        <w:br/>
      </w:r>
      <w:r w:rsidR="001716AE" w:rsidRPr="001716AE">
        <w:rPr>
          <w:u w:val="single"/>
        </w:rPr>
        <w:t>https://familydevelopmentinitiatives.com/</w:t>
      </w:r>
      <w:r w:rsidR="001716AE" w:rsidRPr="001716AE">
        <w:t xml:space="preserve"> </w:t>
      </w:r>
    </w:p>
    <w:p w14:paraId="02E1A6A4" w14:textId="1AB96F05" w:rsidR="001D19D0" w:rsidRDefault="005076BF">
      <w:r>
        <w:t>Social Media Links (Facebook, Instagram, WhatsApp, Twitter, YouTube):</w:t>
      </w:r>
      <w:r>
        <w:br/>
      </w:r>
      <w:r w:rsidR="001716AE" w:rsidRPr="001716AE">
        <w:rPr>
          <w:u w:val="single"/>
        </w:rPr>
        <w:t xml:space="preserve"> </w:t>
      </w:r>
      <w:r w:rsidR="001716AE" w:rsidRPr="001716AE">
        <w:rPr>
          <w:u w:val="single"/>
        </w:rPr>
        <w:t>https://www.facebook.com/</w:t>
      </w:r>
      <w:r w:rsidR="001716AE" w:rsidRPr="001716AE">
        <w:t xml:space="preserve"> </w:t>
      </w:r>
    </w:p>
    <w:p w14:paraId="25C2A517" w14:textId="77777777" w:rsidR="001D19D0" w:rsidRDefault="005076BF">
      <w:pPr>
        <w:pStyle w:val="Heading1"/>
      </w:pPr>
      <w:r>
        <w:t xml:space="preserve">Section F: </w:t>
      </w:r>
      <w:r w:rsidR="00BE146C">
        <w:t>Logo and Images</w:t>
      </w:r>
    </w:p>
    <w:p w14:paraId="37443016" w14:textId="5B51B3F8" w:rsidR="001D19D0" w:rsidRDefault="005076BF">
      <w:r>
        <w:t>Logo: (Attach</w:t>
      </w:r>
      <w:r w:rsidR="000B6259">
        <w:t xml:space="preserve"> with the email if you have one, and mention yes or no below</w:t>
      </w:r>
      <w:r>
        <w:t>)</w:t>
      </w:r>
      <w:r>
        <w:br/>
      </w:r>
      <w:r w:rsidR="001716AE">
        <w:t>yes</w:t>
      </w:r>
    </w:p>
    <w:p w14:paraId="4DF58678" w14:textId="39D41AE1" w:rsidR="001D19D0" w:rsidRDefault="005076BF">
      <w:r>
        <w:t>Photos: (Attach files</w:t>
      </w:r>
      <w:r w:rsidR="00AD54C5">
        <w:t xml:space="preserve"> with the email</w:t>
      </w:r>
      <w:r w:rsidR="000B6259">
        <w:t xml:space="preserve"> and mention yes or no below</w:t>
      </w:r>
      <w:r>
        <w:t>)</w:t>
      </w:r>
      <w:r>
        <w:br/>
      </w:r>
      <w:r w:rsidR="001716AE">
        <w:t>yes</w:t>
      </w:r>
    </w:p>
    <w:p w14:paraId="544B0D9B" w14:textId="77777777" w:rsidR="001E4410" w:rsidRDefault="001E4410"/>
    <w:p w14:paraId="1B250E11" w14:textId="77777777" w:rsidR="001E4410" w:rsidRDefault="001E4410"/>
    <w:p w14:paraId="7DB8041E" w14:textId="1B418A0D" w:rsidR="00206416" w:rsidRDefault="001716AE">
      <w:r>
        <w:t>Brochures</w:t>
      </w:r>
      <w:r w:rsidR="00C63B88">
        <w:t>: (Attach files with the email and mention yes or no below)</w:t>
      </w:r>
    </w:p>
    <w:p w14:paraId="7E53EAEE" w14:textId="407ADA42" w:rsidR="00C63B88" w:rsidRDefault="00410B48">
      <w:r>
        <w:t>yes</w:t>
      </w:r>
      <w:r w:rsidR="00C63B88">
        <w:br/>
      </w:r>
    </w:p>
    <w:p w14:paraId="5F349890" w14:textId="77777777" w:rsidR="001D19D0" w:rsidRDefault="005076BF">
      <w:pPr>
        <w:pStyle w:val="Heading1"/>
      </w:pPr>
      <w:r>
        <w:t>Section G: Additional Notes</w:t>
      </w:r>
    </w:p>
    <w:p w14:paraId="7FCDA686" w14:textId="77777777" w:rsidR="001D19D0" w:rsidRDefault="005076BF">
      <w:r>
        <w:t>Any additional information for website or magazine:</w:t>
      </w:r>
      <w:r>
        <w:br/>
        <w:t>________________________________________________________________________________</w:t>
      </w:r>
      <w:r w:rsidR="000B6259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0B6259"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 w:rsidR="00BE146C"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sectPr w:rsidR="001D19D0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 w15:restartNumberingAfterBreak="0">
    <w:nsid w:val="06662FE0"/>
    <w:multiLevelType w:val="multilevel"/>
    <w:tmpl w:val="DF486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17D60FF"/>
    <w:multiLevelType w:val="multilevel"/>
    <w:tmpl w:val="BA3299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0310EB9"/>
    <w:multiLevelType w:val="hybridMultilevel"/>
    <w:tmpl w:val="5A56302A"/>
    <w:lvl w:ilvl="0" w:tplc="40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40090019" w:tentative="1">
      <w:start w:val="1"/>
      <w:numFmt w:val="lowerLetter"/>
      <w:lvlText w:val="%2."/>
      <w:lvlJc w:val="left"/>
      <w:pPr>
        <w:ind w:left="1440" w:hanging="360"/>
      </w:pPr>
    </w:lvl>
    <w:lvl w:ilvl="2" w:tplc="4009001B" w:tentative="1">
      <w:start w:val="1"/>
      <w:numFmt w:val="lowerRoman"/>
      <w:lvlText w:val="%3."/>
      <w:lvlJc w:val="right"/>
      <w:pPr>
        <w:ind w:left="2160" w:hanging="180"/>
      </w:pPr>
    </w:lvl>
    <w:lvl w:ilvl="3" w:tplc="4009000F" w:tentative="1">
      <w:start w:val="1"/>
      <w:numFmt w:val="decimal"/>
      <w:lvlText w:val="%4."/>
      <w:lvlJc w:val="left"/>
      <w:pPr>
        <w:ind w:left="2880" w:hanging="360"/>
      </w:pPr>
    </w:lvl>
    <w:lvl w:ilvl="4" w:tplc="40090019" w:tentative="1">
      <w:start w:val="1"/>
      <w:numFmt w:val="lowerLetter"/>
      <w:lvlText w:val="%5."/>
      <w:lvlJc w:val="left"/>
      <w:pPr>
        <w:ind w:left="3600" w:hanging="360"/>
      </w:pPr>
    </w:lvl>
    <w:lvl w:ilvl="5" w:tplc="4009001B" w:tentative="1">
      <w:start w:val="1"/>
      <w:numFmt w:val="lowerRoman"/>
      <w:lvlText w:val="%6."/>
      <w:lvlJc w:val="right"/>
      <w:pPr>
        <w:ind w:left="4320" w:hanging="180"/>
      </w:pPr>
    </w:lvl>
    <w:lvl w:ilvl="6" w:tplc="4009000F" w:tentative="1">
      <w:start w:val="1"/>
      <w:numFmt w:val="decimal"/>
      <w:lvlText w:val="%7."/>
      <w:lvlJc w:val="left"/>
      <w:pPr>
        <w:ind w:left="5040" w:hanging="360"/>
      </w:pPr>
    </w:lvl>
    <w:lvl w:ilvl="7" w:tplc="40090019" w:tentative="1">
      <w:start w:val="1"/>
      <w:numFmt w:val="lowerLetter"/>
      <w:lvlText w:val="%8."/>
      <w:lvlJc w:val="left"/>
      <w:pPr>
        <w:ind w:left="5760" w:hanging="360"/>
      </w:pPr>
    </w:lvl>
    <w:lvl w:ilvl="8" w:tplc="4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45B90BC6"/>
    <w:multiLevelType w:val="multilevel"/>
    <w:tmpl w:val="C09253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25959426">
    <w:abstractNumId w:val="8"/>
  </w:num>
  <w:num w:numId="2" w16cid:durableId="971401471">
    <w:abstractNumId w:val="6"/>
  </w:num>
  <w:num w:numId="3" w16cid:durableId="982926135">
    <w:abstractNumId w:val="5"/>
  </w:num>
  <w:num w:numId="4" w16cid:durableId="228271860">
    <w:abstractNumId w:val="4"/>
  </w:num>
  <w:num w:numId="5" w16cid:durableId="360478016">
    <w:abstractNumId w:val="7"/>
  </w:num>
  <w:num w:numId="6" w16cid:durableId="875511336">
    <w:abstractNumId w:val="3"/>
  </w:num>
  <w:num w:numId="7" w16cid:durableId="1405908011">
    <w:abstractNumId w:val="2"/>
  </w:num>
  <w:num w:numId="8" w16cid:durableId="2128699089">
    <w:abstractNumId w:val="1"/>
  </w:num>
  <w:num w:numId="9" w16cid:durableId="2011789316">
    <w:abstractNumId w:val="0"/>
  </w:num>
  <w:num w:numId="10" w16cid:durableId="830801177">
    <w:abstractNumId w:val="11"/>
  </w:num>
  <w:num w:numId="11" w16cid:durableId="183252356">
    <w:abstractNumId w:val="10"/>
  </w:num>
  <w:num w:numId="12" w16cid:durableId="837497548">
    <w:abstractNumId w:val="12"/>
  </w:num>
  <w:num w:numId="13" w16cid:durableId="110908583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40A1C"/>
    <w:rsid w:val="0006063C"/>
    <w:rsid w:val="000B6259"/>
    <w:rsid w:val="0015074B"/>
    <w:rsid w:val="001716AE"/>
    <w:rsid w:val="001D19D0"/>
    <w:rsid w:val="001E4410"/>
    <w:rsid w:val="00206416"/>
    <w:rsid w:val="00221FC2"/>
    <w:rsid w:val="0028446D"/>
    <w:rsid w:val="0029639D"/>
    <w:rsid w:val="00326F90"/>
    <w:rsid w:val="003D34E1"/>
    <w:rsid w:val="00410B48"/>
    <w:rsid w:val="0042735C"/>
    <w:rsid w:val="00463729"/>
    <w:rsid w:val="0047683A"/>
    <w:rsid w:val="005076BF"/>
    <w:rsid w:val="005B78A6"/>
    <w:rsid w:val="005E0736"/>
    <w:rsid w:val="006746D4"/>
    <w:rsid w:val="00801E96"/>
    <w:rsid w:val="00817466"/>
    <w:rsid w:val="009213BC"/>
    <w:rsid w:val="00930806"/>
    <w:rsid w:val="009B0808"/>
    <w:rsid w:val="009D73BF"/>
    <w:rsid w:val="00A92A56"/>
    <w:rsid w:val="00AA1D8D"/>
    <w:rsid w:val="00AA7C2B"/>
    <w:rsid w:val="00AD54C5"/>
    <w:rsid w:val="00AE5040"/>
    <w:rsid w:val="00B47730"/>
    <w:rsid w:val="00B65ED4"/>
    <w:rsid w:val="00BE146C"/>
    <w:rsid w:val="00BE40CA"/>
    <w:rsid w:val="00C0437F"/>
    <w:rsid w:val="00C63B88"/>
    <w:rsid w:val="00CB0664"/>
    <w:rsid w:val="00DC05F4"/>
    <w:rsid w:val="00E16FEF"/>
    <w:rsid w:val="00E818B2"/>
    <w:rsid w:val="00FC693F"/>
    <w:rsid w:val="00FC74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510CD26F"/>
  <w14:defaultImageDpi w14:val="300"/>
  <w15:docId w15:val="{F88DFDF7-2664-4CB7-912B-312DBD4921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Hyperlink">
    <w:name w:val="Hyperlink"/>
    <w:basedOn w:val="DefaultParagraphFont"/>
    <w:uiPriority w:val="99"/>
    <w:unhideWhenUsed/>
    <w:rsid w:val="00040A1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40A1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amilydevelopmentinitiatives.com/" TargetMode="External"/><Relationship Id="rId3" Type="http://schemas.openxmlformats.org/officeDocument/2006/relationships/styles" Target="styles.xml"/><Relationship Id="rId7" Type="http://schemas.openxmlformats.org/officeDocument/2006/relationships/hyperlink" Target="https://familydevelopmentinitiatives.com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familydevelopmentinitiatives.com/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6</Pages>
  <Words>1521</Words>
  <Characters>8673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10174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User</cp:lastModifiedBy>
  <cp:revision>4</cp:revision>
  <dcterms:created xsi:type="dcterms:W3CDTF">2026-03-27T14:17:00Z</dcterms:created>
  <dcterms:modified xsi:type="dcterms:W3CDTF">2026-09-07T11:49:00Z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2fbc9a35-317a-46a1-8b69-a4b76d20e760</vt:lpwstr>
  </property>
</Properties>
</file>