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FE2DDD" w14:textId="7E4EA21A" w:rsidR="001D19D0" w:rsidRPr="0016281F" w:rsidRDefault="003D34E1">
      <w:pPr>
        <w:pStyle w:val="Title"/>
        <w:rPr>
          <w:sz w:val="48"/>
          <w:szCs w:val="48"/>
        </w:rPr>
      </w:pPr>
      <w:proofErr w:type="spellStart"/>
      <w:r w:rsidRPr="0016281F">
        <w:rPr>
          <w:sz w:val="48"/>
          <w:szCs w:val="48"/>
        </w:rPr>
        <w:t>Zafemu</w:t>
      </w:r>
      <w:proofErr w:type="spellEnd"/>
      <w:r w:rsidRPr="0016281F">
        <w:rPr>
          <w:sz w:val="48"/>
          <w:szCs w:val="48"/>
        </w:rPr>
        <w:t xml:space="preserve"> Website &amp; </w:t>
      </w:r>
      <w:r w:rsidR="00C0437F" w:rsidRPr="0016281F">
        <w:rPr>
          <w:sz w:val="48"/>
          <w:szCs w:val="48"/>
        </w:rPr>
        <w:t>Journal</w:t>
      </w:r>
      <w:r w:rsidRPr="0016281F">
        <w:rPr>
          <w:sz w:val="48"/>
          <w:szCs w:val="48"/>
        </w:rPr>
        <w:t xml:space="preserve"> Submission Form</w:t>
      </w:r>
    </w:p>
    <w:p w14:paraId="21C041D0" w14:textId="77777777" w:rsidR="001D19D0" w:rsidRDefault="00F528C6">
      <w:pPr>
        <w:pStyle w:val="Heading1"/>
      </w:pPr>
      <w:r>
        <w:t>Section A: Basic Information</w:t>
      </w:r>
    </w:p>
    <w:p w14:paraId="67A99151" w14:textId="7C3FDA88" w:rsidR="001D19D0" w:rsidRDefault="005D0991">
      <w:r>
        <w:t>Organization</w:t>
      </w:r>
      <w:r w:rsidR="000B6259">
        <w:t xml:space="preserve"> Name:</w:t>
      </w:r>
      <w:r w:rsidR="0054374D">
        <w:t xml:space="preserve"> </w:t>
      </w:r>
      <w:r w:rsidR="0054374D" w:rsidRPr="00047C2F">
        <w:rPr>
          <w:sz w:val="20"/>
          <w:szCs w:val="20"/>
          <w:u w:val="single"/>
        </w:rPr>
        <w:t>KITWE MUSLIM SOCIETY</w:t>
      </w:r>
      <w:r w:rsidR="000B6259">
        <w:br/>
      </w:r>
    </w:p>
    <w:p w14:paraId="6F38B893" w14:textId="123F5AD7" w:rsidR="001D19D0" w:rsidRDefault="00AA7C2B">
      <w:r>
        <w:t>Internal Contact Person Name, Role and Phone Number:</w:t>
      </w:r>
      <w:r w:rsidR="0054374D">
        <w:t xml:space="preserve"> </w:t>
      </w:r>
      <w:r w:rsidR="00087E2E" w:rsidRPr="00047C2F">
        <w:rPr>
          <w:u w:val="single"/>
        </w:rPr>
        <w:t xml:space="preserve">CHAIRMAN </w:t>
      </w:r>
      <w:r w:rsidR="00047C2F">
        <w:rPr>
          <w:u w:val="single"/>
        </w:rPr>
        <w:t xml:space="preserve">BROTHER </w:t>
      </w:r>
      <w:r w:rsidR="0054374D" w:rsidRPr="00047C2F">
        <w:rPr>
          <w:u w:val="single"/>
        </w:rPr>
        <w:t>KHALIL – 096 6 904246</w:t>
      </w:r>
      <w:r>
        <w:br/>
      </w:r>
    </w:p>
    <w:p w14:paraId="4968D43A" w14:textId="77561778" w:rsidR="0054374D" w:rsidRDefault="00AA7C2B">
      <w:r>
        <w:t>Public Contact Person Name, Role and Phone Number</w:t>
      </w:r>
      <w:r w:rsidR="0054374D">
        <w:t xml:space="preserve"> – </w:t>
      </w:r>
      <w:r w:rsidR="00047C2F" w:rsidRPr="00047C2F">
        <w:rPr>
          <w:u w:val="single"/>
        </w:rPr>
        <w:t xml:space="preserve">BROTHER </w:t>
      </w:r>
      <w:r w:rsidR="0054374D" w:rsidRPr="00047C2F">
        <w:rPr>
          <w:u w:val="single"/>
        </w:rPr>
        <w:t>AYAZ</w:t>
      </w:r>
      <w:r w:rsidR="005D0991" w:rsidRPr="00047C2F">
        <w:rPr>
          <w:u w:val="single"/>
        </w:rPr>
        <w:t>-</w:t>
      </w:r>
      <w:r w:rsidR="0054374D" w:rsidRPr="00047C2F">
        <w:rPr>
          <w:u w:val="single"/>
        </w:rPr>
        <w:t xml:space="preserve"> 096 6 902828</w:t>
      </w:r>
      <w:r w:rsidR="0054374D">
        <w:t xml:space="preserve"> </w:t>
      </w:r>
    </w:p>
    <w:p w14:paraId="224B7175" w14:textId="41A4E618" w:rsidR="001D19D0" w:rsidRDefault="005D0991">
      <w:r>
        <w:t>Organization</w:t>
      </w:r>
      <w:r w:rsidR="000B6259">
        <w:t xml:space="preserve"> Email Address:</w:t>
      </w:r>
      <w:r w:rsidR="0084444B">
        <w:t xml:space="preserve">  </w:t>
      </w:r>
      <w:r w:rsidR="0054374D">
        <w:t xml:space="preserve"> </w:t>
      </w:r>
      <w:r w:rsidR="0054374D" w:rsidRPr="00047C2F">
        <w:rPr>
          <w:u w:val="single"/>
        </w:rPr>
        <w:t>kitwemuslimsociety@gmail.com</w:t>
      </w:r>
      <w:r w:rsidR="000B6259">
        <w:br/>
      </w:r>
    </w:p>
    <w:p w14:paraId="7AC113BB" w14:textId="537B8DB3" w:rsidR="005E0736" w:rsidRDefault="005D0991">
      <w:r>
        <w:t>Organization</w:t>
      </w:r>
      <w:r w:rsidR="005E0736">
        <w:t xml:space="preserve"> Physical Address and exact Google location pin </w:t>
      </w:r>
    </w:p>
    <w:p w14:paraId="62A8AE9E" w14:textId="77777777" w:rsidR="00047C2F" w:rsidRPr="00047C2F" w:rsidRDefault="0054374D">
      <w:pPr>
        <w:rPr>
          <w:u w:val="single"/>
        </w:rPr>
      </w:pPr>
      <w:r w:rsidRPr="00047C2F">
        <w:rPr>
          <w:u w:val="single"/>
        </w:rPr>
        <w:t>STAND – 1442 / KOMBOKA DRIVE PARKLAND -KITWE</w:t>
      </w:r>
      <w:r w:rsidR="00723148" w:rsidRPr="00047C2F">
        <w:rPr>
          <w:u w:val="single"/>
        </w:rPr>
        <w:t xml:space="preserve">   </w:t>
      </w:r>
    </w:p>
    <w:p w14:paraId="07AB8AF3" w14:textId="6C5EC5A3" w:rsidR="00817466" w:rsidRDefault="00047C2F">
      <w:bookmarkStart w:id="0" w:name="_GoBack"/>
      <w:r w:rsidRPr="00047C2F">
        <w:t>https://maps.app.goo.gl/4uz3sc9jMyKBzczz9</w:t>
      </w:r>
    </w:p>
    <w:bookmarkEnd w:id="0"/>
    <w:p w14:paraId="434C659A" w14:textId="72C137E0" w:rsidR="001D19D0" w:rsidRDefault="00F528C6">
      <w:pPr>
        <w:pStyle w:val="Heading1"/>
      </w:pPr>
      <w:r>
        <w:t xml:space="preserve">Section B: About the </w:t>
      </w:r>
      <w:proofErr w:type="spellStart"/>
      <w:r w:rsidR="009213BC">
        <w:t>Organisation</w:t>
      </w:r>
      <w:proofErr w:type="spellEnd"/>
    </w:p>
    <w:p w14:paraId="6162181D" w14:textId="77777777" w:rsidR="00047C2F" w:rsidRDefault="00047C2F"/>
    <w:p w14:paraId="1500A2CF" w14:textId="17412D67" w:rsidR="00723148" w:rsidRDefault="005C419A">
      <w:r>
        <w:t xml:space="preserve">Kitwe Muslim Society is dedicated to providing religious and community support to its members, promoting unity and engaging in activities. </w:t>
      </w:r>
    </w:p>
    <w:p w14:paraId="65F22B2E" w14:textId="29A8396F" w:rsidR="001D19D0" w:rsidRDefault="0047683A">
      <w:r>
        <w:t>Full Description / History</w:t>
      </w:r>
      <w:proofErr w:type="gramStart"/>
      <w:r>
        <w:t>:</w:t>
      </w:r>
      <w:proofErr w:type="gramEnd"/>
      <w:r>
        <w:br/>
      </w:r>
      <w:r w:rsidR="005C419A">
        <w:t>parkland mosque is run by a mixed community and has been running for decades</w:t>
      </w:r>
      <w:r w:rsidR="003A22EC">
        <w:t xml:space="preserve">. </w:t>
      </w:r>
      <w:r w:rsidR="005C419A">
        <w:t>The mosque used to be small in size</w:t>
      </w:r>
      <w:r w:rsidR="007F68ED">
        <w:t>,</w:t>
      </w:r>
      <w:r w:rsidR="005C419A">
        <w:t xml:space="preserve"> we have managed to expand its capacity to accommodate the growing population</w:t>
      </w:r>
      <w:r w:rsidR="007F68ED">
        <w:t>.</w:t>
      </w:r>
    </w:p>
    <w:p w14:paraId="1D867B4A" w14:textId="77777777" w:rsidR="00123E4E" w:rsidRDefault="00123E4E"/>
    <w:p w14:paraId="0EC5AFA4" w14:textId="09060AF8" w:rsidR="001D19D0" w:rsidRDefault="00F528C6" w:rsidP="005C419A">
      <w:r w:rsidRPr="00A117CA">
        <w:rPr>
          <w:b/>
          <w:bCs/>
          <w:color w:val="365F91" w:themeColor="accent1" w:themeShade="BF"/>
        </w:rPr>
        <w:t>Mission &amp; Vision:</w:t>
      </w:r>
      <w:r>
        <w:br/>
      </w:r>
      <w:r w:rsidR="00C04DC8">
        <w:t>INSHA ALLAH</w:t>
      </w:r>
      <w:r w:rsidR="00723148">
        <w:t>,</w:t>
      </w:r>
      <w:r w:rsidR="00C04DC8">
        <w:t xml:space="preserve"> </w:t>
      </w:r>
      <w:r w:rsidR="00723148">
        <w:t>WE HAVE</w:t>
      </w:r>
      <w:r w:rsidR="00352988">
        <w:t xml:space="preserve"> PLANS</w:t>
      </w:r>
      <w:r w:rsidR="00723148">
        <w:t xml:space="preserve"> TO EXPAND THE MOSQUE IN </w:t>
      </w:r>
      <w:r w:rsidR="00123E4E">
        <w:t>FUTURE BECAUSE</w:t>
      </w:r>
      <w:r w:rsidR="00723148">
        <w:t xml:space="preserve"> THE NUMBER OF PEOPLE</w:t>
      </w:r>
      <w:r w:rsidR="00352988">
        <w:t xml:space="preserve"> </w:t>
      </w:r>
      <w:r w:rsidR="00123E4E">
        <w:t xml:space="preserve">IS </w:t>
      </w:r>
      <w:r w:rsidR="00047C2F">
        <w:t>INCREASING BEYOND</w:t>
      </w:r>
      <w:r w:rsidR="00723148">
        <w:t xml:space="preserve"> OUR EXPECTATIONS</w:t>
      </w:r>
      <w:r w:rsidR="00352988">
        <w:t>.</w:t>
      </w:r>
      <w:r w:rsidR="00723148">
        <w:t xml:space="preserve"> </w:t>
      </w:r>
      <w:r>
        <w:t>________________________________________________________________________________</w:t>
      </w:r>
      <w:r w:rsidR="003D34E1">
        <w:t>__________________________________</w:t>
      </w:r>
      <w:r w:rsidRPr="00A117CA">
        <w:rPr>
          <w:b/>
          <w:bCs/>
          <w:color w:val="365F91" w:themeColor="accent1" w:themeShade="BF"/>
        </w:rPr>
        <w:t>Section C: Services &amp; Programs</w:t>
      </w:r>
      <w:r w:rsidR="00723148" w:rsidRPr="00A117CA">
        <w:rPr>
          <w:b/>
          <w:bCs/>
          <w:color w:val="365F91" w:themeColor="accent1" w:themeShade="BF"/>
        </w:rPr>
        <w:t xml:space="preserve"> /</w:t>
      </w:r>
      <w:r w:rsidRPr="00A117CA">
        <w:rPr>
          <w:b/>
          <w:bCs/>
          <w:color w:val="365F91" w:themeColor="accent1" w:themeShade="BF"/>
        </w:rPr>
        <w:t>Services Provided (bullet points)</w:t>
      </w:r>
      <w:proofErr w:type="gramStart"/>
      <w:r w:rsidRPr="00A117CA">
        <w:rPr>
          <w:b/>
          <w:bCs/>
          <w:color w:val="365F91" w:themeColor="accent1" w:themeShade="BF"/>
        </w:rPr>
        <w:t>:</w:t>
      </w:r>
      <w:proofErr w:type="gramEnd"/>
      <w:r>
        <w:br/>
      </w:r>
      <w:r w:rsidR="005C419A">
        <w:t xml:space="preserve">we have a </w:t>
      </w:r>
      <w:proofErr w:type="spellStart"/>
      <w:r w:rsidR="005C419A">
        <w:t>madressa</w:t>
      </w:r>
      <w:proofErr w:type="spellEnd"/>
      <w:r w:rsidR="005C419A">
        <w:t xml:space="preserve"> where children come</w:t>
      </w:r>
      <w:r w:rsidR="00585EA6">
        <w:t xml:space="preserve"> </w:t>
      </w:r>
      <w:r w:rsidR="005C419A">
        <w:t>and get lessons</w:t>
      </w:r>
      <w:r w:rsidR="005D2413">
        <w:t>.</w:t>
      </w:r>
      <w:r w:rsidR="005C419A">
        <w:t xml:space="preserve"> This </w:t>
      </w:r>
      <w:proofErr w:type="spellStart"/>
      <w:r w:rsidR="005C419A">
        <w:t>madressa</w:t>
      </w:r>
      <w:proofErr w:type="spellEnd"/>
      <w:r w:rsidR="005C419A">
        <w:t xml:space="preserve"> is run </w:t>
      </w:r>
      <w:proofErr w:type="spellStart"/>
      <w:r w:rsidR="005C419A">
        <w:t>everyday</w:t>
      </w:r>
      <w:proofErr w:type="spellEnd"/>
      <w:r w:rsidR="005C419A">
        <w:t xml:space="preserve">. </w:t>
      </w:r>
    </w:p>
    <w:p w14:paraId="50EFD3C2" w14:textId="186F1274" w:rsidR="001D19D0" w:rsidRDefault="00F528C6">
      <w:r w:rsidRPr="00A117CA">
        <w:rPr>
          <w:b/>
          <w:bCs/>
          <w:color w:val="365F91" w:themeColor="accent1" w:themeShade="BF"/>
        </w:rPr>
        <w:t>Special Programs / Projects</w:t>
      </w:r>
      <w:proofErr w:type="gramStart"/>
      <w:r w:rsidRPr="00A117CA">
        <w:rPr>
          <w:b/>
          <w:bCs/>
          <w:color w:val="365F91" w:themeColor="accent1" w:themeShade="BF"/>
        </w:rPr>
        <w:t>:</w:t>
      </w:r>
      <w:proofErr w:type="gramEnd"/>
      <w:r>
        <w:br/>
      </w:r>
      <w:r w:rsidR="005C419A">
        <w:t xml:space="preserve">our committee also conducts </w:t>
      </w:r>
      <w:proofErr w:type="spellStart"/>
      <w:r w:rsidR="005C419A">
        <w:t>talim</w:t>
      </w:r>
      <w:proofErr w:type="spellEnd"/>
      <w:r w:rsidR="005C419A">
        <w:t xml:space="preserve"> every single day after </w:t>
      </w:r>
      <w:proofErr w:type="spellStart"/>
      <w:r w:rsidR="005C419A">
        <w:t>namaz</w:t>
      </w:r>
      <w:proofErr w:type="spellEnd"/>
      <w:r w:rsidR="005C419A">
        <w:t xml:space="preserve">. </w:t>
      </w:r>
      <w:r w:rsidR="007F68ED">
        <w:t>_</w:t>
      </w:r>
      <w:r>
        <w:t>_______________________________________________________________________________</w:t>
      </w:r>
      <w:r w:rsidR="003D34E1">
        <w:t>__________________________________</w:t>
      </w:r>
    </w:p>
    <w:p w14:paraId="1B9BA7A0" w14:textId="0CACFE1B" w:rsidR="001D19D0" w:rsidRDefault="00F528C6">
      <w:r w:rsidRPr="00A117CA">
        <w:rPr>
          <w:b/>
          <w:bCs/>
          <w:color w:val="365F91" w:themeColor="accent1" w:themeShade="BF"/>
        </w:rPr>
        <w:lastRenderedPageBreak/>
        <w:t>Target Beneficiaries:</w:t>
      </w:r>
      <w:r w:rsidR="003D34E1" w:rsidRPr="00A117CA">
        <w:rPr>
          <w:b/>
          <w:bCs/>
          <w:color w:val="365F91" w:themeColor="accent1" w:themeShade="BF"/>
        </w:rPr>
        <w:t xml:space="preserve"> (bullet points</w:t>
      </w:r>
      <w:proofErr w:type="gramStart"/>
      <w:r w:rsidR="003D34E1" w:rsidRPr="00A117CA">
        <w:rPr>
          <w:b/>
          <w:bCs/>
          <w:color w:val="365F91" w:themeColor="accent1" w:themeShade="BF"/>
        </w:rPr>
        <w:t>)</w:t>
      </w:r>
      <w:proofErr w:type="gramEnd"/>
      <w:r>
        <w:br/>
      </w:r>
      <w:r w:rsidR="005C419A">
        <w:t>youth</w:t>
      </w:r>
      <w:r>
        <w:t>/</w:t>
      </w:r>
      <w:r w:rsidR="005C419A">
        <w:t>all demographics: everyone is welcome.</w:t>
      </w:r>
    </w:p>
    <w:p w14:paraId="3D7A590D" w14:textId="77777777" w:rsidR="001D19D0" w:rsidRDefault="00F528C6">
      <w:pPr>
        <w:pStyle w:val="Heading1"/>
      </w:pPr>
      <w:r>
        <w:t>Section D: Achievements &amp; Recognition</w:t>
      </w:r>
    </w:p>
    <w:p w14:paraId="2696A4AA" w14:textId="692713D7" w:rsidR="00727AFE" w:rsidRDefault="00F528C6">
      <w:r>
        <w:t>Awards / Achievements / Milestones:</w:t>
      </w:r>
      <w:r w:rsidR="000B6259">
        <w:t xml:space="preserve"> (Mention them below and attach pdfs with the email)</w:t>
      </w:r>
      <w:r>
        <w:br/>
      </w:r>
      <w:r w:rsidR="00727AFE">
        <w:t xml:space="preserve">WE </w:t>
      </w:r>
      <w:r w:rsidR="00A117CA">
        <w:t>ALWAYS ORANIZE</w:t>
      </w:r>
      <w:r w:rsidR="00727AFE">
        <w:t xml:space="preserve"> A GA</w:t>
      </w:r>
      <w:r w:rsidR="0077670D">
        <w:t>TH</w:t>
      </w:r>
      <w:r w:rsidR="00727AFE">
        <w:t xml:space="preserve">ERING </w:t>
      </w:r>
      <w:r w:rsidR="0077670D">
        <w:t>AT</w:t>
      </w:r>
      <w:r w:rsidR="00727AFE">
        <w:t xml:space="preserve"> THE END OF YEAR</w:t>
      </w:r>
      <w:r w:rsidR="00047C2F">
        <w:t xml:space="preserve"> FOR PRIZE GIVING CEREMONIES IN ORDER</w:t>
      </w:r>
      <w:r w:rsidR="0077670D">
        <w:t xml:space="preserve"> TO </w:t>
      </w:r>
      <w:r w:rsidR="00047C2F">
        <w:t>CONTINUOUSLY MOTIVATE</w:t>
      </w:r>
      <w:r w:rsidR="00727AFE">
        <w:t xml:space="preserve"> </w:t>
      </w:r>
      <w:r w:rsidR="00A117CA">
        <w:t>THE CHILDERN</w:t>
      </w:r>
      <w:r w:rsidR="00727AFE">
        <w:t xml:space="preserve"> WHO </w:t>
      </w:r>
      <w:r w:rsidR="0077670D">
        <w:t>PASS</w:t>
      </w:r>
      <w:r w:rsidR="00727AFE">
        <w:t xml:space="preserve"> THEIR EXAMS</w:t>
      </w:r>
      <w:r w:rsidR="00047C2F">
        <w:t>.</w:t>
      </w:r>
      <w:r w:rsidR="00727AFE">
        <w:t xml:space="preserve">  AWARDS &amp; CERTIFICATE</w:t>
      </w:r>
      <w:r w:rsidR="00047C2F">
        <w:t>S ARE HANDED OUT TO ALL THE PARTICIPANTS.</w:t>
      </w:r>
    </w:p>
    <w:p w14:paraId="20DA4B22" w14:textId="77777777" w:rsidR="001D19D0" w:rsidRDefault="00F528C6">
      <w:pPr>
        <w:pStyle w:val="Heading1"/>
      </w:pPr>
      <w:r>
        <w:t>Section E: Online Presence</w:t>
      </w:r>
    </w:p>
    <w:p w14:paraId="718127D2" w14:textId="5D488584" w:rsidR="001D19D0" w:rsidRDefault="00F528C6">
      <w:r>
        <w:t>Website URL:</w:t>
      </w:r>
      <w:r w:rsidR="000B6259">
        <w:t xml:space="preserve"> </w:t>
      </w:r>
      <w:r>
        <w:br/>
      </w:r>
      <w:r w:rsidR="008A1BF7">
        <w:t xml:space="preserve">NONE. </w:t>
      </w:r>
    </w:p>
    <w:p w14:paraId="02E1A6A4" w14:textId="138AC607" w:rsidR="001D19D0" w:rsidRDefault="00F528C6">
      <w:r>
        <w:t>Social Media Links (Facebook, Instagram, WhatsApp, Twitter, YouTube):</w:t>
      </w:r>
      <w:r>
        <w:br/>
      </w:r>
      <w:r w:rsidR="0084444B">
        <w:t>WE WILL SIT WITH THE COMMITTEE AND DISCUSS THIS ISSUE.</w:t>
      </w:r>
    </w:p>
    <w:p w14:paraId="25C2A517" w14:textId="77777777" w:rsidR="001D19D0" w:rsidRDefault="00F528C6">
      <w:pPr>
        <w:pStyle w:val="Heading1"/>
      </w:pPr>
      <w:r>
        <w:t xml:space="preserve">Section F: </w:t>
      </w:r>
      <w:r w:rsidR="00BE146C">
        <w:t>Logo and Images</w:t>
      </w:r>
    </w:p>
    <w:p w14:paraId="37443016" w14:textId="618ADDBA" w:rsidR="001D19D0" w:rsidRDefault="00F528C6">
      <w:r>
        <w:t>Logo: (Attach</w:t>
      </w:r>
      <w:r w:rsidR="000B6259">
        <w:t xml:space="preserve"> with the email if you have one, and mention yes or no below</w:t>
      </w:r>
      <w:r>
        <w:t>)</w:t>
      </w:r>
      <w:r>
        <w:br/>
      </w:r>
      <w:r w:rsidR="00E025E4">
        <w:t>NOT YET.</w:t>
      </w:r>
    </w:p>
    <w:p w14:paraId="4DF58678" w14:textId="07A828DC" w:rsidR="001D19D0" w:rsidRDefault="00F528C6">
      <w:r>
        <w:t>Photos: (Attach files</w:t>
      </w:r>
      <w:r w:rsidR="00AD54C5">
        <w:t xml:space="preserve"> with the email</w:t>
      </w:r>
      <w:r w:rsidR="000B6259">
        <w:t xml:space="preserve"> and mention yes or no below</w:t>
      </w:r>
      <w:r>
        <w:t>)</w:t>
      </w:r>
      <w:r>
        <w:br/>
      </w:r>
      <w:r w:rsidR="00E025E4">
        <w:t>NOT YET.</w:t>
      </w:r>
    </w:p>
    <w:p w14:paraId="7E53EAEE" w14:textId="2636DFEA" w:rsidR="00C63B88" w:rsidRDefault="00C63B88">
      <w:r>
        <w:t>Brochures: (Attach files with the email and mention yes or no below)</w:t>
      </w:r>
      <w:r w:rsidR="00F528C6">
        <w:br/>
      </w:r>
      <w:r w:rsidR="00E025E4">
        <w:t>NONE.</w:t>
      </w:r>
      <w:r w:rsidR="00723148">
        <w:t xml:space="preserve"> </w:t>
      </w:r>
    </w:p>
    <w:p w14:paraId="2B31C6A6" w14:textId="77777777" w:rsidR="00F97561" w:rsidRDefault="00F97561" w:rsidP="00F97561">
      <w:pPr>
        <w:pStyle w:val="Heading1"/>
      </w:pPr>
      <w:r>
        <w:t>Section G: Additional Notes</w:t>
      </w:r>
    </w:p>
    <w:p w14:paraId="2F9EAAD8" w14:textId="7DAD6A3B" w:rsidR="00F97561" w:rsidRDefault="00F97561" w:rsidP="00F97561">
      <w:r>
        <w:t>Any additional information for website or magazine:</w:t>
      </w:r>
      <w:r>
        <w:br/>
        <w:t>W</w:t>
      </w:r>
      <w:r w:rsidR="0077670D">
        <w:t>E WILL</w:t>
      </w:r>
      <w:r>
        <w:t xml:space="preserve"> THINK ABOUT IT AND DO SOMETHING.</w:t>
      </w:r>
    </w:p>
    <w:p w14:paraId="01082077" w14:textId="77777777" w:rsidR="00723148" w:rsidRDefault="00723148"/>
    <w:sectPr w:rsidR="00723148" w:rsidSect="007F68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0310EB9"/>
    <w:multiLevelType w:val="hybridMultilevel"/>
    <w:tmpl w:val="5A5630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7C2F"/>
    <w:rsid w:val="0006063C"/>
    <w:rsid w:val="00087E2E"/>
    <w:rsid w:val="000B6259"/>
    <w:rsid w:val="00123E4E"/>
    <w:rsid w:val="0015074B"/>
    <w:rsid w:val="0016281F"/>
    <w:rsid w:val="001D19D0"/>
    <w:rsid w:val="001E4410"/>
    <w:rsid w:val="00206416"/>
    <w:rsid w:val="00221FC2"/>
    <w:rsid w:val="0028446D"/>
    <w:rsid w:val="0029639D"/>
    <w:rsid w:val="00322559"/>
    <w:rsid w:val="00326F90"/>
    <w:rsid w:val="00352988"/>
    <w:rsid w:val="003A22EC"/>
    <w:rsid w:val="003D34E1"/>
    <w:rsid w:val="0042735C"/>
    <w:rsid w:val="00457BFE"/>
    <w:rsid w:val="00463729"/>
    <w:rsid w:val="0047683A"/>
    <w:rsid w:val="004E414E"/>
    <w:rsid w:val="0054374D"/>
    <w:rsid w:val="00585EA6"/>
    <w:rsid w:val="005C419A"/>
    <w:rsid w:val="005D0991"/>
    <w:rsid w:val="005D2413"/>
    <w:rsid w:val="005E0736"/>
    <w:rsid w:val="006746D4"/>
    <w:rsid w:val="00723148"/>
    <w:rsid w:val="00727AFE"/>
    <w:rsid w:val="0077670D"/>
    <w:rsid w:val="007F68ED"/>
    <w:rsid w:val="00801E96"/>
    <w:rsid w:val="00817466"/>
    <w:rsid w:val="0084444B"/>
    <w:rsid w:val="008A1BF7"/>
    <w:rsid w:val="009213BC"/>
    <w:rsid w:val="00930806"/>
    <w:rsid w:val="009A1C76"/>
    <w:rsid w:val="009D73BF"/>
    <w:rsid w:val="00A117CA"/>
    <w:rsid w:val="00A92A56"/>
    <w:rsid w:val="00AA1D8D"/>
    <w:rsid w:val="00AA7C2B"/>
    <w:rsid w:val="00AB5FC2"/>
    <w:rsid w:val="00AD54C5"/>
    <w:rsid w:val="00B47730"/>
    <w:rsid w:val="00BE146C"/>
    <w:rsid w:val="00BE40CA"/>
    <w:rsid w:val="00C0437F"/>
    <w:rsid w:val="00C04DC8"/>
    <w:rsid w:val="00C63B88"/>
    <w:rsid w:val="00CB0664"/>
    <w:rsid w:val="00DC05F4"/>
    <w:rsid w:val="00E025E4"/>
    <w:rsid w:val="00E16FEF"/>
    <w:rsid w:val="00E818B2"/>
    <w:rsid w:val="00F44420"/>
    <w:rsid w:val="00F528C6"/>
    <w:rsid w:val="00F8287D"/>
    <w:rsid w:val="00F97561"/>
    <w:rsid w:val="00FC693F"/>
    <w:rsid w:val="00FC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0CD26F"/>
  <w14:defaultImageDpi w14:val="300"/>
  <w15:docId w15:val="{F88DFDF7-2664-4CB7-912B-312DBD49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959810-603F-4C31-B886-F2CB7D9D3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4</cp:revision>
  <cp:lastPrinted>2026-03-31T14:08:00Z</cp:lastPrinted>
  <dcterms:created xsi:type="dcterms:W3CDTF">2026-04-01T18:24:00Z</dcterms:created>
  <dcterms:modified xsi:type="dcterms:W3CDTF">2026-04-26T20:17:00Z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2fbc9a35-317a-46a1-8b69-a4b76d20e760</vt:lpwstr>
  </property>
</Properties>
</file>