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2DDD" w14:textId="6FE1F0A3" w:rsidR="001D19D0" w:rsidRDefault="003D34E1">
      <w:pPr>
        <w:pStyle w:val="Title"/>
      </w:pPr>
      <w:proofErr w:type="spellStart"/>
      <w:r>
        <w:t>Zafemu</w:t>
      </w:r>
      <w:proofErr w:type="spellEnd"/>
      <w:r>
        <w:t xml:space="preserve"> Website &amp; </w:t>
      </w:r>
      <w:r w:rsidR="00C0437F">
        <w:t>Journal</w:t>
      </w:r>
      <w:r>
        <w:t xml:space="preserve"> Submission Form</w:t>
      </w:r>
    </w:p>
    <w:p w14:paraId="29326EB9" w14:textId="77777777" w:rsidR="001D19D0" w:rsidRDefault="005076BF">
      <w:pPr>
        <w:pStyle w:val="Heading1"/>
      </w:pPr>
      <w:r>
        <w:t>Instructions for Affiliates:</w:t>
      </w:r>
    </w:p>
    <w:p w14:paraId="0ECE7737" w14:textId="6A79C532" w:rsidR="001D19D0" w:rsidRDefault="005076BF" w:rsidP="00FC7447">
      <w:pPr>
        <w:pStyle w:val="ListParagraph"/>
        <w:numPr>
          <w:ilvl w:val="0"/>
          <w:numId w:val="10"/>
        </w:numPr>
      </w:pPr>
      <w:r>
        <w:t>Please fill in all fields accurately.</w:t>
      </w:r>
      <w:r>
        <w:br/>
        <w:t>2. Short Description: max 3–5 lines for website display.</w:t>
      </w:r>
      <w:r>
        <w:br/>
        <w:t xml:space="preserve">3. Full Description / History: </w:t>
      </w:r>
      <w:r w:rsidR="003D34E1">
        <w:t>Provide</w:t>
      </w:r>
      <w:r>
        <w:t xml:space="preserve"> detailed information for </w:t>
      </w:r>
      <w:r w:rsidR="003D34E1">
        <w:t xml:space="preserve">the </w:t>
      </w:r>
      <w:r>
        <w:t>magazine.</w:t>
      </w:r>
      <w:r>
        <w:br/>
        <w:t>4. Attach your logo and relevant photos</w:t>
      </w:r>
      <w:r w:rsidR="003D34E1">
        <w:t xml:space="preserve"> with the email.</w:t>
      </w:r>
      <w:r>
        <w:br/>
        <w:t>5. All fields are mandatory.</w:t>
      </w:r>
      <w:r>
        <w:br/>
      </w:r>
      <w:r>
        <w:br/>
        <w:t>Submit by: [</w:t>
      </w:r>
      <w:r w:rsidR="00DC05F4">
        <w:t>12</w:t>
      </w:r>
      <w:r w:rsidR="00DC05F4" w:rsidRPr="00DC05F4">
        <w:rPr>
          <w:vertAlign w:val="superscript"/>
        </w:rPr>
        <w:t>th</w:t>
      </w:r>
      <w:r w:rsidR="00DC05F4">
        <w:t xml:space="preserve"> April 2026</w:t>
      </w:r>
      <w:r>
        <w:t>]</w:t>
      </w:r>
    </w:p>
    <w:p w14:paraId="21C041D0" w14:textId="77777777" w:rsidR="001D19D0" w:rsidRDefault="005076BF">
      <w:pPr>
        <w:pStyle w:val="Heading1"/>
      </w:pPr>
      <w:r>
        <w:t>Section A: Basic Information</w:t>
      </w:r>
    </w:p>
    <w:p w14:paraId="7DD05E38" w14:textId="5E7C815E" w:rsidR="009E2AC2" w:rsidRPr="009E2AC2" w:rsidRDefault="000B6259" w:rsidP="009E2AC2">
      <w:pPr>
        <w:rPr>
          <w:u w:val="single"/>
        </w:rPr>
      </w:pPr>
      <w:proofErr w:type="spellStart"/>
      <w:r>
        <w:t>Organisation</w:t>
      </w:r>
      <w:proofErr w:type="spellEnd"/>
      <w:r>
        <w:t xml:space="preserve"> Name:</w:t>
      </w:r>
      <w:r>
        <w:br/>
      </w:r>
      <w:r w:rsidR="009E2AC2" w:rsidRPr="001C09AE">
        <w:rPr>
          <w:u w:val="single"/>
        </w:rPr>
        <w:t>ZAMBIAN HALAAL CERTIFIERS</w:t>
      </w:r>
      <w:r w:rsidR="00ED4C0F">
        <w:rPr>
          <w:u w:val="single"/>
        </w:rPr>
        <w:t xml:space="preserve"> (ZAMHA)</w:t>
      </w:r>
    </w:p>
    <w:p w14:paraId="6F38B893" w14:textId="0240EA6C" w:rsidR="001D19D0" w:rsidRDefault="00AA7C2B" w:rsidP="009E2AC2">
      <w:r>
        <w:t>Internal Contact Person Name, Role and Phone Number:</w:t>
      </w:r>
      <w:r>
        <w:br/>
      </w:r>
      <w:r w:rsidR="009E2AC2" w:rsidRPr="001C09AE">
        <w:rPr>
          <w:u w:val="single"/>
        </w:rPr>
        <w:t>ABDULLAH BADAT, AUDITOR, 0955600786</w:t>
      </w:r>
    </w:p>
    <w:p w14:paraId="2ED2E4F6" w14:textId="77777777" w:rsidR="009E2AC2" w:rsidRDefault="00AA7C2B" w:rsidP="009E2AC2">
      <w:pPr>
        <w:spacing w:after="0"/>
      </w:pPr>
      <w:r>
        <w:t>Public Contact Person Name, Role and Phone Number</w:t>
      </w:r>
    </w:p>
    <w:p w14:paraId="6E0DCBAC" w14:textId="209E9EAD" w:rsidR="001D19D0" w:rsidRDefault="009E2AC2" w:rsidP="009E2AC2">
      <w:r w:rsidRPr="001C09AE">
        <w:rPr>
          <w:u w:val="single"/>
        </w:rPr>
        <w:t>HALAAL HELPLINE :0955600786</w:t>
      </w:r>
      <w:r w:rsidR="00AA7C2B">
        <w:br/>
      </w:r>
    </w:p>
    <w:p w14:paraId="5B390EE6" w14:textId="77777777" w:rsidR="009E2AC2" w:rsidRDefault="000B6259">
      <w:proofErr w:type="spellStart"/>
      <w:r>
        <w:t>Organisation</w:t>
      </w:r>
      <w:proofErr w:type="spellEnd"/>
      <w:r>
        <w:t xml:space="preserve"> Email Address:</w:t>
      </w:r>
    </w:p>
    <w:p w14:paraId="36FD73FC" w14:textId="77777777" w:rsidR="009E2AC2" w:rsidRPr="00E3696A" w:rsidRDefault="009E2AC2" w:rsidP="009E2AC2">
      <w:pPr>
        <w:rPr>
          <w:u w:val="single"/>
        </w:rPr>
      </w:pPr>
      <w:r w:rsidRPr="001C09AE">
        <w:rPr>
          <w:u w:val="single"/>
        </w:rPr>
        <w:t>zamhahalaal@gmail.com</w:t>
      </w:r>
    </w:p>
    <w:p w14:paraId="7AC113BB" w14:textId="1EFFFF48" w:rsidR="005E0736" w:rsidRDefault="005E0736">
      <w:proofErr w:type="spellStart"/>
      <w:r>
        <w:t>Organisation</w:t>
      </w:r>
      <w:proofErr w:type="spellEnd"/>
      <w:r>
        <w:t xml:space="preserve"> Physical Address and exact Google location pin </w:t>
      </w:r>
    </w:p>
    <w:p w14:paraId="51E23C66" w14:textId="77777777" w:rsidR="009E2AC2" w:rsidRPr="00E3696A" w:rsidRDefault="009E2AC2" w:rsidP="009E2AC2">
      <w:pPr>
        <w:pStyle w:val="ListParagraph"/>
        <w:numPr>
          <w:ilvl w:val="0"/>
          <w:numId w:val="11"/>
        </w:numPr>
        <w:rPr>
          <w:u w:val="single"/>
        </w:rPr>
      </w:pPr>
      <w:r w:rsidRPr="00E3696A">
        <w:rPr>
          <w:u w:val="single"/>
        </w:rPr>
        <w:t>29397 Makeni Road Lusaka Zambia</w:t>
      </w:r>
    </w:p>
    <w:p w14:paraId="01915D52" w14:textId="37D3930E" w:rsidR="009E2AC2" w:rsidRPr="009E2AC2" w:rsidRDefault="009E2AC2" w:rsidP="009E2AC2">
      <w:pPr>
        <w:pStyle w:val="ListParagraph"/>
        <w:numPr>
          <w:ilvl w:val="0"/>
          <w:numId w:val="11"/>
        </w:numPr>
        <w:rPr>
          <w:u w:val="single"/>
        </w:rPr>
      </w:pPr>
      <w:r w:rsidRPr="00E3696A">
        <w:rPr>
          <w:u w:val="single"/>
        </w:rPr>
        <w:t>https://maps.app.goo.gl/3PKaXzw2hFCiiJtf6</w:t>
      </w:r>
    </w:p>
    <w:p w14:paraId="434C659A" w14:textId="72C137E0" w:rsidR="001D19D0" w:rsidRDefault="005076BF">
      <w:pPr>
        <w:pStyle w:val="Heading1"/>
      </w:pPr>
      <w:r>
        <w:t xml:space="preserve">Section B: About the </w:t>
      </w:r>
      <w:proofErr w:type="spellStart"/>
      <w:r w:rsidR="009213BC">
        <w:t>Organisation</w:t>
      </w:r>
      <w:proofErr w:type="spellEnd"/>
    </w:p>
    <w:p w14:paraId="64E2A573" w14:textId="39BAB97D" w:rsidR="003D34E1" w:rsidRDefault="005076BF">
      <w:r>
        <w:t>Short Description (3–5 lines):</w:t>
      </w:r>
      <w:r>
        <w:br/>
      </w:r>
      <w:r w:rsidR="009E2AC2" w:rsidRPr="004B0747">
        <w:rPr>
          <w:u w:val="single"/>
        </w:rPr>
        <w:t xml:space="preserve">The Zambian </w:t>
      </w:r>
      <w:proofErr w:type="spellStart"/>
      <w:r w:rsidR="009E2AC2" w:rsidRPr="004B0747">
        <w:rPr>
          <w:u w:val="single"/>
        </w:rPr>
        <w:t>Halaal</w:t>
      </w:r>
      <w:proofErr w:type="spellEnd"/>
      <w:r w:rsidR="009E2AC2" w:rsidRPr="004B0747">
        <w:rPr>
          <w:u w:val="single"/>
        </w:rPr>
        <w:t xml:space="preserve"> Certifiers (ZAMHA) is a national, non-profit-making organization, representing the Muslim community of Zambia (Southern Africa) on all matters pertaining to the general application of the term </w:t>
      </w:r>
      <w:proofErr w:type="spellStart"/>
      <w:r w:rsidR="009E2AC2" w:rsidRPr="004B0747">
        <w:rPr>
          <w:u w:val="single"/>
        </w:rPr>
        <w:t>Halaal</w:t>
      </w:r>
      <w:proofErr w:type="spellEnd"/>
      <w:r w:rsidR="009E2AC2" w:rsidRPr="004B0747">
        <w:rPr>
          <w:u w:val="single"/>
        </w:rPr>
        <w:t xml:space="preserve"> with specific reference to Islamic dietary laws. ZAMHA's membership comprises of leading Theological Bodies of the country.</w:t>
      </w:r>
    </w:p>
    <w:p w14:paraId="4920C4B3" w14:textId="77777777" w:rsidR="0047683A" w:rsidRDefault="0047683A"/>
    <w:p w14:paraId="65F22B2E" w14:textId="14C2CEB9" w:rsidR="001D19D0" w:rsidRDefault="0047683A">
      <w:r>
        <w:lastRenderedPageBreak/>
        <w:t xml:space="preserve">Full </w:t>
      </w:r>
      <w:r w:rsidR="005076BF">
        <w:t>Description / History:</w:t>
      </w:r>
      <w:r w:rsidR="005076BF">
        <w:br/>
      </w:r>
    </w:p>
    <w:p w14:paraId="4D7FDBDC" w14:textId="71AEB4EE" w:rsidR="009E2AC2" w:rsidRPr="007C06DD" w:rsidRDefault="009E2AC2">
      <w:pPr>
        <w:rPr>
          <w:u w:val="single"/>
        </w:rPr>
      </w:pPr>
      <w:r w:rsidRPr="007C06DD">
        <w:rPr>
          <w:u w:val="single"/>
        </w:rPr>
        <w:t xml:space="preserve">For many years prior to 2004, </w:t>
      </w:r>
      <w:r w:rsidR="00553278" w:rsidRPr="007C06DD">
        <w:rPr>
          <w:u w:val="single"/>
        </w:rPr>
        <w:t xml:space="preserve">a few ulama established certain guidelines and activities to guide </w:t>
      </w:r>
      <w:proofErr w:type="spellStart"/>
      <w:r w:rsidR="00553278" w:rsidRPr="007C06DD">
        <w:rPr>
          <w:u w:val="single"/>
        </w:rPr>
        <w:t>muslims</w:t>
      </w:r>
      <w:proofErr w:type="spellEnd"/>
      <w:r w:rsidR="00553278" w:rsidRPr="007C06DD">
        <w:rPr>
          <w:u w:val="single"/>
        </w:rPr>
        <w:t xml:space="preserve"> in terms on their diet</w:t>
      </w:r>
      <w:r w:rsidR="000C49DD" w:rsidRPr="007C06DD">
        <w:rPr>
          <w:u w:val="single"/>
        </w:rPr>
        <w:t xml:space="preserve"> and monitor some </w:t>
      </w:r>
      <w:r w:rsidR="000E1A54" w:rsidRPr="007C06DD">
        <w:rPr>
          <w:u w:val="single"/>
        </w:rPr>
        <w:t>areas</w:t>
      </w:r>
      <w:r w:rsidR="000C49DD" w:rsidRPr="007C06DD">
        <w:rPr>
          <w:u w:val="single"/>
        </w:rPr>
        <w:t xml:space="preserve"> of the </w:t>
      </w:r>
      <w:proofErr w:type="spellStart"/>
      <w:r w:rsidR="000C49DD" w:rsidRPr="007C06DD">
        <w:rPr>
          <w:u w:val="single"/>
        </w:rPr>
        <w:t>halaal</w:t>
      </w:r>
      <w:proofErr w:type="spellEnd"/>
      <w:r w:rsidR="000C49DD" w:rsidRPr="007C06DD">
        <w:rPr>
          <w:u w:val="single"/>
        </w:rPr>
        <w:t xml:space="preserve"> food industry merely as a service to the </w:t>
      </w:r>
      <w:proofErr w:type="spellStart"/>
      <w:r w:rsidR="000C49DD" w:rsidRPr="007C06DD">
        <w:rPr>
          <w:u w:val="single"/>
        </w:rPr>
        <w:t>muslim</w:t>
      </w:r>
      <w:proofErr w:type="spellEnd"/>
      <w:r w:rsidR="000C49DD" w:rsidRPr="007C06DD">
        <w:rPr>
          <w:u w:val="single"/>
        </w:rPr>
        <w:t xml:space="preserve"> community. However, progress was constrained by limited resources and competing priorities in multiple service area</w:t>
      </w:r>
      <w:r w:rsidR="003C6346" w:rsidRPr="007C06DD">
        <w:rPr>
          <w:u w:val="single"/>
        </w:rPr>
        <w:t>s</w:t>
      </w:r>
      <w:r w:rsidR="000C49DD" w:rsidRPr="007C06DD">
        <w:rPr>
          <w:u w:val="single"/>
        </w:rPr>
        <w:t xml:space="preserve"> o</w:t>
      </w:r>
      <w:r w:rsidR="000E1A54" w:rsidRPr="007C06DD">
        <w:rPr>
          <w:u w:val="single"/>
        </w:rPr>
        <w:t>f Deen</w:t>
      </w:r>
      <w:r w:rsidR="000C49DD" w:rsidRPr="007C06DD">
        <w:rPr>
          <w:u w:val="single"/>
        </w:rPr>
        <w:t xml:space="preserve">. </w:t>
      </w:r>
      <w:r w:rsidR="000E1A54" w:rsidRPr="007C06DD">
        <w:rPr>
          <w:u w:val="single"/>
        </w:rPr>
        <w:t>Therefore, ulama</w:t>
      </w:r>
      <w:r w:rsidRPr="007C06DD">
        <w:rPr>
          <w:u w:val="single"/>
        </w:rPr>
        <w:t xml:space="preserve"> across Zambia recognized the need for a trustworthy </w:t>
      </w:r>
      <w:proofErr w:type="spellStart"/>
      <w:r w:rsidRPr="007C06DD">
        <w:rPr>
          <w:u w:val="single"/>
        </w:rPr>
        <w:t>halaal</w:t>
      </w:r>
      <w:proofErr w:type="spellEnd"/>
      <w:r w:rsidRPr="007C06DD">
        <w:rPr>
          <w:u w:val="single"/>
        </w:rPr>
        <w:t xml:space="preserve"> oversight system that could serve the growing </w:t>
      </w:r>
      <w:proofErr w:type="spellStart"/>
      <w:r w:rsidRPr="007C06DD">
        <w:rPr>
          <w:u w:val="single"/>
        </w:rPr>
        <w:t>muslim</w:t>
      </w:r>
      <w:proofErr w:type="spellEnd"/>
      <w:r w:rsidRPr="007C06DD">
        <w:rPr>
          <w:u w:val="single"/>
        </w:rPr>
        <w:t xml:space="preserve"> community and the expanding </w:t>
      </w:r>
      <w:proofErr w:type="spellStart"/>
      <w:r w:rsidRPr="007C06DD">
        <w:rPr>
          <w:u w:val="single"/>
        </w:rPr>
        <w:t>halaal</w:t>
      </w:r>
      <w:proofErr w:type="spellEnd"/>
      <w:r w:rsidRPr="007C06DD">
        <w:rPr>
          <w:u w:val="single"/>
        </w:rPr>
        <w:t xml:space="preserve"> industry.</w:t>
      </w:r>
      <w:r w:rsidR="00553278" w:rsidRPr="007C06DD">
        <w:rPr>
          <w:u w:val="single"/>
        </w:rPr>
        <w:t xml:space="preserve"> </w:t>
      </w:r>
      <w:r w:rsidRPr="007C06DD">
        <w:rPr>
          <w:u w:val="single"/>
        </w:rPr>
        <w:t xml:space="preserve"> </w:t>
      </w:r>
      <w:r w:rsidR="00553278" w:rsidRPr="007C06DD">
        <w:rPr>
          <w:u w:val="single"/>
        </w:rPr>
        <w:t xml:space="preserve">In the year 2004, Jamiah </w:t>
      </w:r>
      <w:proofErr w:type="spellStart"/>
      <w:r w:rsidR="00553278" w:rsidRPr="007C06DD">
        <w:rPr>
          <w:u w:val="single"/>
        </w:rPr>
        <w:t>Islamiyyah</w:t>
      </w:r>
      <w:proofErr w:type="spellEnd"/>
      <w:r w:rsidR="00553278" w:rsidRPr="007C06DD">
        <w:rPr>
          <w:u w:val="single"/>
        </w:rPr>
        <w:t xml:space="preserve"> Trust undertook the initiative to better understand the state of </w:t>
      </w:r>
      <w:proofErr w:type="spellStart"/>
      <w:r w:rsidR="00553278" w:rsidRPr="007C06DD">
        <w:rPr>
          <w:u w:val="single"/>
        </w:rPr>
        <w:t>halaal</w:t>
      </w:r>
      <w:proofErr w:type="spellEnd"/>
      <w:r w:rsidR="00553278" w:rsidRPr="007C06DD">
        <w:rPr>
          <w:u w:val="single"/>
        </w:rPr>
        <w:t xml:space="preserve"> production and distribution across the country. A dedicated team was appointed from </w:t>
      </w:r>
      <w:r w:rsidR="000E1A54" w:rsidRPr="007C06DD">
        <w:rPr>
          <w:u w:val="single"/>
        </w:rPr>
        <w:t>solely for this purpose</w:t>
      </w:r>
      <w:r w:rsidR="003C6346" w:rsidRPr="007C06DD">
        <w:rPr>
          <w:u w:val="single"/>
        </w:rPr>
        <w:t xml:space="preserve">, leading to the formation of ZAMHA. Today, ZAMHA draws on 22 years of service in the industry to uphold </w:t>
      </w:r>
      <w:proofErr w:type="spellStart"/>
      <w:r w:rsidR="003C6346" w:rsidRPr="007C06DD">
        <w:rPr>
          <w:u w:val="single"/>
        </w:rPr>
        <w:t>halaal</w:t>
      </w:r>
      <w:proofErr w:type="spellEnd"/>
      <w:r w:rsidR="003C6346" w:rsidRPr="007C06DD">
        <w:rPr>
          <w:u w:val="single"/>
        </w:rPr>
        <w:t xml:space="preserve"> standards with integrity and expertise. </w:t>
      </w:r>
      <w:r w:rsidR="007C06DD" w:rsidRPr="007C06DD">
        <w:rPr>
          <w:u w:val="single"/>
        </w:rPr>
        <w:t>Moreover, the</w:t>
      </w:r>
      <w:r w:rsidR="003C6346" w:rsidRPr="007C06DD">
        <w:rPr>
          <w:u w:val="single"/>
        </w:rPr>
        <w:t xml:space="preserve"> organization continues to advance in its commitment to credible </w:t>
      </w:r>
      <w:proofErr w:type="spellStart"/>
      <w:r w:rsidR="003C6346" w:rsidRPr="007C06DD">
        <w:rPr>
          <w:u w:val="single"/>
        </w:rPr>
        <w:t>halaal</w:t>
      </w:r>
      <w:proofErr w:type="spellEnd"/>
      <w:r w:rsidR="003C6346" w:rsidRPr="007C06DD">
        <w:rPr>
          <w:u w:val="single"/>
        </w:rPr>
        <w:t xml:space="preserve"> certification.</w:t>
      </w:r>
    </w:p>
    <w:p w14:paraId="5FEA6222" w14:textId="77777777" w:rsidR="003C6346" w:rsidRDefault="005076BF" w:rsidP="003C6346">
      <w:r>
        <w:t>Mission &amp; Vision:</w:t>
      </w:r>
    </w:p>
    <w:p w14:paraId="350B60DB" w14:textId="510F7019" w:rsidR="003C6346" w:rsidRPr="007C06DD" w:rsidRDefault="003C6346" w:rsidP="003C6346">
      <w:pPr>
        <w:pStyle w:val="ListParagraph"/>
        <w:numPr>
          <w:ilvl w:val="0"/>
          <w:numId w:val="12"/>
        </w:numPr>
        <w:rPr>
          <w:u w:val="single"/>
        </w:rPr>
      </w:pPr>
      <w:r w:rsidRPr="007C06DD">
        <w:rPr>
          <w:u w:val="single"/>
        </w:rPr>
        <w:t xml:space="preserve">To promote the awareness and importance of </w:t>
      </w:r>
      <w:proofErr w:type="spellStart"/>
      <w:r w:rsidRPr="007C06DD">
        <w:rPr>
          <w:u w:val="single"/>
        </w:rPr>
        <w:t>Halaal</w:t>
      </w:r>
      <w:proofErr w:type="spellEnd"/>
      <w:r w:rsidRPr="007C06DD">
        <w:rPr>
          <w:u w:val="single"/>
        </w:rPr>
        <w:t xml:space="preserve"> consumption amongst the Muslim community.</w:t>
      </w:r>
    </w:p>
    <w:p w14:paraId="108F7F90" w14:textId="47C5E81C" w:rsidR="003C6346" w:rsidRPr="007C06DD" w:rsidRDefault="003C6346" w:rsidP="003C6346">
      <w:pPr>
        <w:pStyle w:val="NoSpacing"/>
        <w:numPr>
          <w:ilvl w:val="0"/>
          <w:numId w:val="12"/>
        </w:numPr>
        <w:jc w:val="both"/>
        <w:rPr>
          <w:u w:val="single"/>
        </w:rPr>
      </w:pPr>
      <w:r w:rsidRPr="007C06DD">
        <w:rPr>
          <w:u w:val="single"/>
        </w:rPr>
        <w:t xml:space="preserve">To establish a representative, non-profit making, national </w:t>
      </w:r>
      <w:proofErr w:type="spellStart"/>
      <w:r w:rsidRPr="007C06DD">
        <w:rPr>
          <w:u w:val="single"/>
        </w:rPr>
        <w:t>Halaal</w:t>
      </w:r>
      <w:proofErr w:type="spellEnd"/>
      <w:r w:rsidRPr="007C06DD">
        <w:rPr>
          <w:u w:val="single"/>
        </w:rPr>
        <w:t xml:space="preserve"> authority which promotes professionalism and excellence in the process of certifying, monitoring and promoting </w:t>
      </w:r>
      <w:proofErr w:type="spellStart"/>
      <w:r w:rsidRPr="007C06DD">
        <w:rPr>
          <w:u w:val="single"/>
        </w:rPr>
        <w:t>Halaal</w:t>
      </w:r>
      <w:proofErr w:type="spellEnd"/>
      <w:r w:rsidRPr="007C06DD">
        <w:rPr>
          <w:u w:val="single"/>
        </w:rPr>
        <w:t xml:space="preserve"> products in accordance with the Divine dictates of the </w:t>
      </w:r>
      <w:proofErr w:type="spellStart"/>
      <w:r w:rsidRPr="007C06DD">
        <w:rPr>
          <w:u w:val="single"/>
        </w:rPr>
        <w:t>Shari'ah</w:t>
      </w:r>
      <w:proofErr w:type="spellEnd"/>
      <w:r w:rsidRPr="007C06DD">
        <w:rPr>
          <w:u w:val="single"/>
        </w:rPr>
        <w:t xml:space="preserve"> (Islamic Law).</w:t>
      </w:r>
    </w:p>
    <w:p w14:paraId="06306E96" w14:textId="77777777" w:rsidR="003C6346" w:rsidRPr="007C06DD" w:rsidRDefault="003C6346" w:rsidP="003C6346">
      <w:pPr>
        <w:pStyle w:val="NoSpacing"/>
        <w:ind w:left="360"/>
        <w:jc w:val="both"/>
        <w:rPr>
          <w:u w:val="single"/>
        </w:rPr>
      </w:pPr>
    </w:p>
    <w:p w14:paraId="6C1D6E28" w14:textId="77777777" w:rsidR="003C6346" w:rsidRPr="007C06DD" w:rsidRDefault="003C6346" w:rsidP="003C6346">
      <w:pPr>
        <w:pStyle w:val="NoSpacing"/>
        <w:numPr>
          <w:ilvl w:val="0"/>
          <w:numId w:val="12"/>
        </w:numPr>
        <w:jc w:val="both"/>
        <w:rPr>
          <w:u w:val="single"/>
        </w:rPr>
      </w:pPr>
      <w:r w:rsidRPr="007C06DD">
        <w:rPr>
          <w:u w:val="single"/>
        </w:rPr>
        <w:t xml:space="preserve">Furthermore, to place the </w:t>
      </w:r>
      <w:proofErr w:type="spellStart"/>
      <w:r w:rsidRPr="007C06DD">
        <w:rPr>
          <w:u w:val="single"/>
        </w:rPr>
        <w:t>Halaal</w:t>
      </w:r>
      <w:proofErr w:type="spellEnd"/>
      <w:r w:rsidRPr="007C06DD">
        <w:rPr>
          <w:u w:val="single"/>
        </w:rPr>
        <w:t xml:space="preserve">-conscious consumer at the heart of the </w:t>
      </w:r>
      <w:proofErr w:type="spellStart"/>
      <w:r w:rsidRPr="007C06DD">
        <w:rPr>
          <w:u w:val="single"/>
        </w:rPr>
        <w:t>Halaal</w:t>
      </w:r>
      <w:proofErr w:type="spellEnd"/>
      <w:r w:rsidRPr="007C06DD">
        <w:rPr>
          <w:u w:val="single"/>
        </w:rPr>
        <w:t xml:space="preserve"> industry by creating awareness of the processes of the industry and creating a partnership between the consumer and ZAMHA in the monitoring of the same.</w:t>
      </w:r>
    </w:p>
    <w:p w14:paraId="395EA6E7" w14:textId="77777777" w:rsidR="003C6346" w:rsidRDefault="003C6346"/>
    <w:p w14:paraId="4BDA3F92" w14:textId="77777777" w:rsidR="001D19D0" w:rsidRDefault="005076BF">
      <w:pPr>
        <w:pStyle w:val="Heading1"/>
      </w:pPr>
      <w:r>
        <w:t>Section C: Services &amp; Programs</w:t>
      </w:r>
    </w:p>
    <w:p w14:paraId="0B19F71E" w14:textId="77777777" w:rsidR="007C06DD" w:rsidRDefault="005076BF" w:rsidP="007C06DD">
      <w:r>
        <w:t>Services Provided (bullet points):</w:t>
      </w:r>
    </w:p>
    <w:p w14:paraId="006BFA39" w14:textId="77777777" w:rsidR="005A6C32" w:rsidRPr="00192C8A" w:rsidRDefault="005A6C32" w:rsidP="005A6C32">
      <w:pPr>
        <w:pStyle w:val="ListParagraph"/>
        <w:numPr>
          <w:ilvl w:val="0"/>
          <w:numId w:val="14"/>
        </w:numPr>
        <w:rPr>
          <w:u w:val="single"/>
        </w:rPr>
      </w:pPr>
      <w:r w:rsidRPr="00192C8A">
        <w:rPr>
          <w:b/>
          <w:bCs/>
          <w:u w:val="single"/>
        </w:rPr>
        <w:t>Ingredient review</w:t>
      </w:r>
      <w:r w:rsidRPr="00192C8A">
        <w:rPr>
          <w:u w:val="single"/>
        </w:rPr>
        <w:t xml:space="preserve"> – Verifies all raw materials and additives are free from haram or doubtful substances.</w:t>
      </w:r>
    </w:p>
    <w:p w14:paraId="5CFA8C39" w14:textId="77777777" w:rsidR="005A6C32" w:rsidRPr="00192C8A" w:rsidRDefault="005A6C32" w:rsidP="005A6C32">
      <w:pPr>
        <w:pStyle w:val="ListParagraph"/>
        <w:numPr>
          <w:ilvl w:val="0"/>
          <w:numId w:val="14"/>
        </w:numPr>
        <w:rPr>
          <w:u w:val="single"/>
        </w:rPr>
      </w:pPr>
      <w:r w:rsidRPr="00192C8A">
        <w:rPr>
          <w:b/>
          <w:bCs/>
          <w:u w:val="single"/>
        </w:rPr>
        <w:t xml:space="preserve">Facility audits and full time </w:t>
      </w:r>
      <w:proofErr w:type="spellStart"/>
      <w:r w:rsidRPr="00192C8A">
        <w:rPr>
          <w:b/>
          <w:bCs/>
          <w:u w:val="single"/>
        </w:rPr>
        <w:t>muslim</w:t>
      </w:r>
      <w:proofErr w:type="spellEnd"/>
      <w:r w:rsidRPr="00192C8A">
        <w:rPr>
          <w:b/>
          <w:bCs/>
          <w:u w:val="single"/>
        </w:rPr>
        <w:t xml:space="preserve"> supervision</w:t>
      </w:r>
      <w:r w:rsidRPr="00192C8A">
        <w:rPr>
          <w:u w:val="single"/>
        </w:rPr>
        <w:t xml:space="preserve"> – Compliance is maintained through full time </w:t>
      </w:r>
      <w:proofErr w:type="spellStart"/>
      <w:r w:rsidRPr="00192C8A">
        <w:rPr>
          <w:u w:val="single"/>
        </w:rPr>
        <w:t>muslim</w:t>
      </w:r>
      <w:proofErr w:type="spellEnd"/>
      <w:r w:rsidRPr="00192C8A">
        <w:rPr>
          <w:u w:val="single"/>
        </w:rPr>
        <w:t xml:space="preserve"> supervision, supported by regular spot check audits.</w:t>
      </w:r>
    </w:p>
    <w:p w14:paraId="66A622EB" w14:textId="4FE65A83" w:rsidR="00797A29" w:rsidRPr="00192C8A" w:rsidRDefault="00797A29" w:rsidP="005A6C32">
      <w:pPr>
        <w:pStyle w:val="ListParagraph"/>
        <w:numPr>
          <w:ilvl w:val="0"/>
          <w:numId w:val="14"/>
        </w:numPr>
        <w:rPr>
          <w:u w:val="single"/>
        </w:rPr>
      </w:pPr>
      <w:r w:rsidRPr="00192C8A">
        <w:rPr>
          <w:b/>
          <w:bCs/>
          <w:u w:val="single"/>
        </w:rPr>
        <w:t xml:space="preserve">Supply chain traceability </w:t>
      </w:r>
      <w:r w:rsidRPr="00192C8A">
        <w:rPr>
          <w:u w:val="single"/>
        </w:rPr>
        <w:t>– tracks products from farm to fork to prevent cross contamination.</w:t>
      </w:r>
    </w:p>
    <w:p w14:paraId="2C0AA1BB" w14:textId="0EAB30FC" w:rsidR="005A6C32" w:rsidRPr="00192C8A" w:rsidRDefault="005A6C32" w:rsidP="005A6C32">
      <w:pPr>
        <w:pStyle w:val="ListParagraph"/>
        <w:numPr>
          <w:ilvl w:val="0"/>
          <w:numId w:val="14"/>
        </w:numPr>
        <w:rPr>
          <w:u w:val="single"/>
        </w:rPr>
      </w:pPr>
      <w:r w:rsidRPr="00192C8A">
        <w:rPr>
          <w:b/>
          <w:bCs/>
          <w:u w:val="single"/>
        </w:rPr>
        <w:t xml:space="preserve">Slaughterhouse supervision </w:t>
      </w:r>
      <w:r w:rsidRPr="00192C8A">
        <w:rPr>
          <w:u w:val="single"/>
        </w:rPr>
        <w:t>– oversees Islamic slaughter procedures.</w:t>
      </w:r>
      <w:r w:rsidR="00797A29" w:rsidRPr="00192C8A">
        <w:rPr>
          <w:u w:val="single"/>
        </w:rPr>
        <w:t xml:space="preserve"> Ensures </w:t>
      </w:r>
      <w:proofErr w:type="spellStart"/>
      <w:r w:rsidR="00797A29" w:rsidRPr="00192C8A">
        <w:rPr>
          <w:u w:val="single"/>
        </w:rPr>
        <w:t>Dhabiha</w:t>
      </w:r>
      <w:proofErr w:type="spellEnd"/>
      <w:r w:rsidR="00797A29" w:rsidRPr="00192C8A">
        <w:rPr>
          <w:u w:val="single"/>
        </w:rPr>
        <w:t xml:space="preserve"> procedures meet Islamic guidelines.</w:t>
      </w:r>
    </w:p>
    <w:p w14:paraId="31CB9882" w14:textId="79216EBE" w:rsidR="00797A29" w:rsidRPr="00192C8A" w:rsidRDefault="005A6C32" w:rsidP="005A6C32">
      <w:pPr>
        <w:pStyle w:val="ListParagraph"/>
        <w:numPr>
          <w:ilvl w:val="0"/>
          <w:numId w:val="14"/>
        </w:numPr>
        <w:rPr>
          <w:u w:val="single"/>
        </w:rPr>
      </w:pPr>
      <w:r w:rsidRPr="00192C8A">
        <w:rPr>
          <w:b/>
          <w:bCs/>
          <w:u w:val="single"/>
        </w:rPr>
        <w:t xml:space="preserve">Training and education </w:t>
      </w:r>
      <w:r w:rsidRPr="00192C8A">
        <w:rPr>
          <w:u w:val="single"/>
        </w:rPr>
        <w:t xml:space="preserve">– </w:t>
      </w:r>
      <w:r w:rsidR="00CC407D" w:rsidRPr="00192C8A">
        <w:rPr>
          <w:u w:val="single"/>
        </w:rPr>
        <w:t>equip</w:t>
      </w:r>
      <w:r w:rsidRPr="00192C8A">
        <w:rPr>
          <w:u w:val="single"/>
        </w:rPr>
        <w:t xml:space="preserve"> staff with </w:t>
      </w:r>
      <w:proofErr w:type="spellStart"/>
      <w:r w:rsidRPr="00192C8A">
        <w:rPr>
          <w:u w:val="single"/>
        </w:rPr>
        <w:t>halaal</w:t>
      </w:r>
      <w:proofErr w:type="spellEnd"/>
      <w:r w:rsidRPr="00192C8A">
        <w:rPr>
          <w:u w:val="single"/>
        </w:rPr>
        <w:t xml:space="preserve"> standards, compliance procedures and audit </w:t>
      </w:r>
    </w:p>
    <w:p w14:paraId="0D6A67B0" w14:textId="26BDDD77" w:rsidR="007C06DD" w:rsidRDefault="00797A29" w:rsidP="005A6C32">
      <w:pPr>
        <w:pStyle w:val="ListParagraph"/>
        <w:numPr>
          <w:ilvl w:val="0"/>
          <w:numId w:val="14"/>
        </w:numPr>
      </w:pPr>
      <w:r w:rsidRPr="00192C8A">
        <w:rPr>
          <w:b/>
          <w:bCs/>
          <w:u w:val="single"/>
        </w:rPr>
        <w:lastRenderedPageBreak/>
        <w:t xml:space="preserve">Certification and labeling </w:t>
      </w:r>
      <w:r w:rsidRPr="00192C8A">
        <w:rPr>
          <w:u w:val="single"/>
        </w:rPr>
        <w:t xml:space="preserve">– issues official </w:t>
      </w:r>
      <w:proofErr w:type="spellStart"/>
      <w:r w:rsidRPr="00192C8A">
        <w:rPr>
          <w:u w:val="single"/>
        </w:rPr>
        <w:t>halaal</w:t>
      </w:r>
      <w:proofErr w:type="spellEnd"/>
      <w:r w:rsidRPr="00192C8A">
        <w:rPr>
          <w:u w:val="single"/>
        </w:rPr>
        <w:t xml:space="preserve"> certificates and authorized logos</w:t>
      </w:r>
      <w:r>
        <w:t>.</w:t>
      </w:r>
      <w:r w:rsidR="005076BF">
        <w:br/>
      </w:r>
    </w:p>
    <w:p w14:paraId="430C447F" w14:textId="77777777" w:rsidR="006555E3" w:rsidRDefault="005076BF">
      <w:r>
        <w:t>Special Programs / Projects:</w:t>
      </w:r>
    </w:p>
    <w:p w14:paraId="50EFD3C2" w14:textId="77D50ACD" w:rsidR="001D19D0" w:rsidRDefault="005076BF">
      <w:r>
        <w:br/>
      </w:r>
      <w:r w:rsidR="006555E3" w:rsidRPr="006555E3">
        <w:rPr>
          <w:b/>
          <w:bCs/>
        </w:rPr>
        <w:t>N/A</w:t>
      </w:r>
    </w:p>
    <w:p w14:paraId="0C5018D3" w14:textId="77777777" w:rsidR="006555E3" w:rsidRDefault="005076BF" w:rsidP="00192C8A">
      <w:pPr>
        <w:spacing w:after="0"/>
      </w:pPr>
      <w:r>
        <w:t>Target Beneficiaries:</w:t>
      </w:r>
      <w:r w:rsidR="003D34E1">
        <w:t xml:space="preserve"> (bullet points)</w:t>
      </w:r>
    </w:p>
    <w:p w14:paraId="6653D22A" w14:textId="63AA035E" w:rsidR="00797A29" w:rsidRPr="00192C8A" w:rsidRDefault="005076BF" w:rsidP="00192C8A">
      <w:pPr>
        <w:spacing w:after="0"/>
      </w:pPr>
      <w:r>
        <w:br/>
      </w:r>
      <w:r w:rsidR="00797A29" w:rsidRPr="00192C8A">
        <w:rPr>
          <w:u w:val="single"/>
        </w:rPr>
        <w:t xml:space="preserve">The primary beneficiaries </w:t>
      </w:r>
      <w:r w:rsidR="00192C8A" w:rsidRPr="00192C8A">
        <w:rPr>
          <w:u w:val="single"/>
        </w:rPr>
        <w:t xml:space="preserve">include </w:t>
      </w:r>
      <w:proofErr w:type="spellStart"/>
      <w:r w:rsidR="00192C8A" w:rsidRPr="00192C8A">
        <w:rPr>
          <w:u w:val="single"/>
        </w:rPr>
        <w:t>muslim</w:t>
      </w:r>
      <w:proofErr w:type="spellEnd"/>
      <w:r w:rsidR="00192C8A" w:rsidRPr="00192C8A">
        <w:rPr>
          <w:u w:val="single"/>
        </w:rPr>
        <w:t xml:space="preserve"> consumers seeking religious compliance, and businesses aiming to access domestic and international </w:t>
      </w:r>
      <w:proofErr w:type="spellStart"/>
      <w:r w:rsidR="00192C8A" w:rsidRPr="00192C8A">
        <w:rPr>
          <w:u w:val="single"/>
        </w:rPr>
        <w:t>halaal</w:t>
      </w:r>
      <w:proofErr w:type="spellEnd"/>
      <w:r w:rsidR="00192C8A" w:rsidRPr="00192C8A">
        <w:rPr>
          <w:u w:val="single"/>
        </w:rPr>
        <w:t xml:space="preserve"> markets with credible assurance. </w:t>
      </w:r>
    </w:p>
    <w:p w14:paraId="3D7A590D" w14:textId="77777777" w:rsidR="001D19D0" w:rsidRDefault="005076BF">
      <w:pPr>
        <w:pStyle w:val="Heading1"/>
      </w:pPr>
      <w:r>
        <w:t>Section D: Achievements &amp; Recognition</w:t>
      </w:r>
    </w:p>
    <w:p w14:paraId="2BA552B0" w14:textId="77777777" w:rsidR="00B755CA" w:rsidRDefault="005076BF">
      <w:r>
        <w:t>Awards / Achievements / Milestones:</w:t>
      </w:r>
      <w:r w:rsidR="000B6259">
        <w:t xml:space="preserve"> (Mention them below and attach pdfs with the email)</w:t>
      </w:r>
      <w:r>
        <w:br/>
      </w:r>
    </w:p>
    <w:p w14:paraId="08E3DF53" w14:textId="0061E3C9" w:rsidR="00B755CA" w:rsidRPr="00B755CA" w:rsidRDefault="00B755CA">
      <w:r w:rsidRPr="00B755CA">
        <w:rPr>
          <w:u w:val="single"/>
        </w:rPr>
        <w:t>The organizations growth is reflected in its certification of 9 bee</w:t>
      </w:r>
      <w:r>
        <w:rPr>
          <w:u w:val="single"/>
        </w:rPr>
        <w:t>f</w:t>
      </w:r>
      <w:r w:rsidRPr="00B755CA">
        <w:rPr>
          <w:u w:val="single"/>
        </w:rPr>
        <w:t xml:space="preserve"> abattoirs, 10 poultry abattoirs, 21 butcheries, approximately 117 restaurants and take-aways and 103 factories, alongside employment of approx. 130 staff dedicated to halal compliance.  </w:t>
      </w:r>
    </w:p>
    <w:p w14:paraId="20DA4B22" w14:textId="77777777" w:rsidR="001D19D0" w:rsidRDefault="005076BF">
      <w:pPr>
        <w:pStyle w:val="Heading1"/>
      </w:pPr>
      <w:r>
        <w:t>Section E: Online Presence</w:t>
      </w:r>
    </w:p>
    <w:p w14:paraId="718127D2" w14:textId="6B886283" w:rsidR="001D19D0" w:rsidRDefault="005076BF">
      <w:r>
        <w:t>Website URL:</w:t>
      </w:r>
      <w:r>
        <w:br/>
      </w:r>
      <w:r w:rsidR="00B755CA" w:rsidRPr="00B755CA">
        <w:rPr>
          <w:b/>
          <w:bCs/>
        </w:rPr>
        <w:t>N/A</w:t>
      </w:r>
      <w:r w:rsidR="002568F2">
        <w:rPr>
          <w:b/>
          <w:bCs/>
        </w:rPr>
        <w:t xml:space="preserve"> – LOADING…</w:t>
      </w:r>
    </w:p>
    <w:p w14:paraId="033F94B1" w14:textId="77777777" w:rsidR="00D05708" w:rsidRDefault="005076BF" w:rsidP="00D05708">
      <w:pPr>
        <w:spacing w:after="0"/>
      </w:pPr>
      <w:r>
        <w:t>Social Media Links (Facebook, Instagram, WhatsApp, Twitter, YouTube):</w:t>
      </w:r>
    </w:p>
    <w:p w14:paraId="02E1A6A4" w14:textId="3FF05D7F" w:rsidR="001D19D0" w:rsidRDefault="005076BF" w:rsidP="00D05708">
      <w:pPr>
        <w:spacing w:after="0"/>
      </w:pPr>
      <w:r>
        <w:br/>
      </w:r>
      <w:hyperlink r:id="rId6" w:history="1">
        <w:r w:rsidR="00D05708" w:rsidRPr="00492F53">
          <w:rPr>
            <w:rStyle w:val="Hyperlink"/>
          </w:rPr>
          <w:t>https://chat.whatsapp.com/FyJSt7FgsmmDuMPXfEK0PD</w:t>
        </w:r>
      </w:hyperlink>
      <w:r w:rsidR="00D05708">
        <w:t xml:space="preserve"> </w:t>
      </w:r>
    </w:p>
    <w:p w14:paraId="66B513DC" w14:textId="73F5CAD0" w:rsidR="00D05708" w:rsidRDefault="00D05708">
      <w:hyperlink r:id="rId7" w:history="1">
        <w:r w:rsidRPr="00492F53">
          <w:rPr>
            <w:rStyle w:val="Hyperlink"/>
          </w:rPr>
          <w:t>https://x.com/ZAMHA</w:t>
        </w:r>
      </w:hyperlink>
      <w:r>
        <w:t xml:space="preserve"> </w:t>
      </w:r>
    </w:p>
    <w:p w14:paraId="25C2A517" w14:textId="77777777" w:rsidR="001D19D0" w:rsidRDefault="005076BF">
      <w:pPr>
        <w:pStyle w:val="Heading1"/>
      </w:pPr>
      <w:r>
        <w:t xml:space="preserve">Section F: </w:t>
      </w:r>
      <w:r w:rsidR="00BE146C">
        <w:t>Logo and Images</w:t>
      </w:r>
    </w:p>
    <w:p w14:paraId="37443016" w14:textId="77777777" w:rsidR="001D19D0" w:rsidRDefault="005076BF">
      <w:r>
        <w:t>Logo: (Attach</w:t>
      </w:r>
      <w:r w:rsidR="000B6259">
        <w:t xml:space="preserve"> with the email if you have one, and mention yes or no below</w:t>
      </w:r>
      <w:r>
        <w:t>)</w:t>
      </w:r>
      <w:r>
        <w:br/>
        <w:t>________________________________________________________________________________</w:t>
      </w:r>
    </w:p>
    <w:p w14:paraId="4DF58678" w14:textId="60BA4578" w:rsidR="001D19D0" w:rsidRDefault="005076BF">
      <w:r>
        <w:t>Photos: (Attach files</w:t>
      </w:r>
      <w:r w:rsidR="00AD54C5">
        <w:t xml:space="preserve"> with the email</w:t>
      </w:r>
      <w:r w:rsidR="000B6259">
        <w:t xml:space="preserve"> and mention yes or no below</w:t>
      </w:r>
      <w:r>
        <w:t>)</w:t>
      </w:r>
      <w:r>
        <w:br/>
        <w:t>________________________________________________________________________________</w:t>
      </w:r>
    </w:p>
    <w:p w14:paraId="544B0D9B" w14:textId="77777777" w:rsidR="001E4410" w:rsidRDefault="001E4410"/>
    <w:p w14:paraId="1B250E11" w14:textId="77777777" w:rsidR="001E4410" w:rsidRDefault="001E4410"/>
    <w:p w14:paraId="7DB8041E" w14:textId="7DB5D268" w:rsidR="00206416" w:rsidRDefault="00E16FEF">
      <w:proofErr w:type="spellStart"/>
      <w:r>
        <w:t>S</w:t>
      </w:r>
      <w:r w:rsidR="00C63B88">
        <w:t>Brochures</w:t>
      </w:r>
      <w:proofErr w:type="spellEnd"/>
      <w:r w:rsidR="00C63B88">
        <w:t>: (Attach files with the email and mention yes or no below)</w:t>
      </w:r>
    </w:p>
    <w:p w14:paraId="7E53EAEE" w14:textId="7CA8CEA4" w:rsidR="00C63B88" w:rsidRDefault="00206416">
      <w:r>
        <w:lastRenderedPageBreak/>
        <w:t>________________________________________________________________________________</w:t>
      </w:r>
      <w:r w:rsidR="00C63B88">
        <w:br/>
      </w:r>
    </w:p>
    <w:p w14:paraId="5F349890" w14:textId="77777777" w:rsidR="001D19D0" w:rsidRDefault="005076BF">
      <w:pPr>
        <w:pStyle w:val="Heading1"/>
      </w:pPr>
      <w:r>
        <w:t>Section G: Additional Notes</w:t>
      </w:r>
    </w:p>
    <w:p w14:paraId="7FCDA686" w14:textId="77777777" w:rsidR="001D19D0" w:rsidRDefault="005076BF">
      <w:r>
        <w:t>Any additional information for website or magazine:</w:t>
      </w:r>
      <w:r>
        <w:br/>
        <w:t>________________________________________________________________________________</w:t>
      </w:r>
      <w:r w:rsidR="000B625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E146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D19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60D5E"/>
    <w:multiLevelType w:val="hybridMultilevel"/>
    <w:tmpl w:val="15FCA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1D6F9E"/>
    <w:multiLevelType w:val="hybridMultilevel"/>
    <w:tmpl w:val="A2369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D4348"/>
    <w:multiLevelType w:val="hybridMultilevel"/>
    <w:tmpl w:val="8794A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10EB9"/>
    <w:multiLevelType w:val="hybridMultilevel"/>
    <w:tmpl w:val="5A5630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6EC"/>
    <w:multiLevelType w:val="hybridMultilevel"/>
    <w:tmpl w:val="DE04D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959426">
    <w:abstractNumId w:val="8"/>
  </w:num>
  <w:num w:numId="2" w16cid:durableId="971401471">
    <w:abstractNumId w:val="6"/>
  </w:num>
  <w:num w:numId="3" w16cid:durableId="982926135">
    <w:abstractNumId w:val="5"/>
  </w:num>
  <w:num w:numId="4" w16cid:durableId="228271860">
    <w:abstractNumId w:val="4"/>
  </w:num>
  <w:num w:numId="5" w16cid:durableId="360478016">
    <w:abstractNumId w:val="7"/>
  </w:num>
  <w:num w:numId="6" w16cid:durableId="875511336">
    <w:abstractNumId w:val="3"/>
  </w:num>
  <w:num w:numId="7" w16cid:durableId="1405908011">
    <w:abstractNumId w:val="2"/>
  </w:num>
  <w:num w:numId="8" w16cid:durableId="2128699089">
    <w:abstractNumId w:val="1"/>
  </w:num>
  <w:num w:numId="9" w16cid:durableId="2011789316">
    <w:abstractNumId w:val="0"/>
  </w:num>
  <w:num w:numId="10" w16cid:durableId="830801177">
    <w:abstractNumId w:val="12"/>
  </w:num>
  <w:num w:numId="11" w16cid:durableId="253906433">
    <w:abstractNumId w:val="13"/>
  </w:num>
  <w:num w:numId="12" w16cid:durableId="868418066">
    <w:abstractNumId w:val="11"/>
  </w:num>
  <w:num w:numId="13" w16cid:durableId="1760521670">
    <w:abstractNumId w:val="9"/>
  </w:num>
  <w:num w:numId="14" w16cid:durableId="20525341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259"/>
    <w:rsid w:val="000C49DD"/>
    <w:rsid w:val="000E1A54"/>
    <w:rsid w:val="0015074B"/>
    <w:rsid w:val="00192C8A"/>
    <w:rsid w:val="001D19D0"/>
    <w:rsid w:val="001E4410"/>
    <w:rsid w:val="00206416"/>
    <w:rsid w:val="00221FC2"/>
    <w:rsid w:val="002568F2"/>
    <w:rsid w:val="0028446D"/>
    <w:rsid w:val="0029639D"/>
    <w:rsid w:val="002B11C7"/>
    <w:rsid w:val="00323AC0"/>
    <w:rsid w:val="00326F90"/>
    <w:rsid w:val="003C6346"/>
    <w:rsid w:val="003D34E1"/>
    <w:rsid w:val="0042735C"/>
    <w:rsid w:val="00463729"/>
    <w:rsid w:val="0047683A"/>
    <w:rsid w:val="005076BF"/>
    <w:rsid w:val="00553278"/>
    <w:rsid w:val="005A6C32"/>
    <w:rsid w:val="005E0736"/>
    <w:rsid w:val="006555E3"/>
    <w:rsid w:val="006746D4"/>
    <w:rsid w:val="006A35F0"/>
    <w:rsid w:val="00797A29"/>
    <w:rsid w:val="007C06DD"/>
    <w:rsid w:val="00801E96"/>
    <w:rsid w:val="00817466"/>
    <w:rsid w:val="009213BC"/>
    <w:rsid w:val="00930806"/>
    <w:rsid w:val="009B0808"/>
    <w:rsid w:val="009D73BF"/>
    <w:rsid w:val="009E2AC2"/>
    <w:rsid w:val="00A92A56"/>
    <w:rsid w:val="00AA1D8D"/>
    <w:rsid w:val="00AA7C2B"/>
    <w:rsid w:val="00AD54C5"/>
    <w:rsid w:val="00B47730"/>
    <w:rsid w:val="00B755CA"/>
    <w:rsid w:val="00BE146C"/>
    <w:rsid w:val="00BE40CA"/>
    <w:rsid w:val="00C0437F"/>
    <w:rsid w:val="00C63B88"/>
    <w:rsid w:val="00CB0664"/>
    <w:rsid w:val="00CC407D"/>
    <w:rsid w:val="00D05708"/>
    <w:rsid w:val="00D77236"/>
    <w:rsid w:val="00DC05F4"/>
    <w:rsid w:val="00DE04D8"/>
    <w:rsid w:val="00E16FEF"/>
    <w:rsid w:val="00E818B2"/>
    <w:rsid w:val="00ED4C0F"/>
    <w:rsid w:val="00FC693F"/>
    <w:rsid w:val="00FC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0CD26F"/>
  <w14:defaultImageDpi w14:val="300"/>
  <w15:docId w15:val="{F88DFDF7-2664-4CB7-912B-312DBD49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057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x.com/ZAMH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at.whatsapp.com/FyJSt7FgsmmDuMPXfEK0P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Us3r</cp:lastModifiedBy>
  <cp:revision>5</cp:revision>
  <dcterms:created xsi:type="dcterms:W3CDTF">2026-03-27T14:17:00Z</dcterms:created>
  <dcterms:modified xsi:type="dcterms:W3CDTF">2026-05-02T08:13:00Z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2fbc9a35-317a-46a1-8b69-a4b76d20e760</vt:lpwstr>
  </property>
</Properties>
</file>